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助力高考 感谢有您——2024年深圳普通高考感谢信</w:t>
      </w:r>
    </w:p>
    <w:p>
      <w:r>
        <w:rPr>
          <w:sz w:val="18"/>
        </w:rPr>
        <w:t>整理归属  深圳市招生考试办公室</w:t>
      </w:r>
    </w:p>
    <w:p>
      <w:r>
        <w:rPr>
          <w:sz w:val="18"/>
        </w:rPr>
        <w:t>发布日期  2024-06-12</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https://szeb.sz.gov.cn/szzkw/zkgg/gkxx/content/post_11350336.html</w:t>
        </w:r>
      </w:hyperlink>
    </w:p>
    <w:p/>
    <w:p>
      <w:r>
        <w:t>市招生考试委员会各成员单位，各区（大鹏新区）教育行政部门，各有关学校，全体考试工作人员：</w:t>
      </w:r>
    </w:p>
    <w:p>
      <w:r>
        <w:t>随着6月9日高考终场交卷铃声响起，我市2024年高考圆满落下帷幕，我市6.58万名考生顺利完成2024年全国普通高考，满怀期望踏上人生新征程。高考的圆满举行，得益于各级党政领导的高度重视；得益于相关部门、单位的通力协作；得益于考务人员的辛勤付出，也得益于社会各界的深情关注和全力支持。此时此刻，我们倍感温暖和感动。</w:t>
      </w:r>
    </w:p>
    <w:p>
      <w:r>
        <w:t>感谢各级党政领导的高度重视，靠前指挥，对高考工作做了周密细致的安排部署，统筹各部门为高考提供保障和服务，并赴考点检查指导工作，为高考顺利进行提供坚强后盾和有力保障。</w:t>
      </w:r>
    </w:p>
    <w:p>
      <w:r>
        <w:t>感谢各单位同心协力，各司其职，群策群力，为全体考生保驾护航。市、区宣传、网信、保密、教育、工信、公安、生态环境、住建、交通、水务、卫生、应急、市场监管、城管、气象、消防、通信、供电等部门和媒体单位制定了详细的保障工作方案，组织开展“高考护航”八大专项行动，对考场周边交通、建设工地、食品卫生、治安、无线电环境、电子产品市场、排水设施进行全面排查整治，全方位开展应急保障，确保了考试期间考点周边环境安静有序，全市交通顺畅，社会和谐稳定，舆论积极正面，考生赴考安全有序，试题试卷保密万无一失。特别是针对强对流天气期间的交通、医疗、供电、气象等方面的保障服务和应急处置作了全面安排，保障校园安全、全体考生和工作人员的人身安全。感谢你们细致周全，严阵以待，敬业奉献！</w:t>
      </w:r>
    </w:p>
    <w:p>
      <w:r>
        <w:t>感谢全市考试工作人员不辞辛苦，恪尽职守，为今年高考所做了大量细致工作。各区教育行政部门，各考点主考、副主考、监考员、巡考员、保密员等全体考试工作人员以饱满的工作热情和高度政治责任心投入到高考工作中，以做好考务工作和服务考生为重点，严格遵守考务管理规程、温馨服务，确保考试规范有序、公平公正。感谢你们不辞辛劳，一切为了考生，为了考生一切，紧张奋战在考试考务第一线！</w:t>
      </w:r>
    </w:p>
    <w:p>
      <w:r>
        <w:t>感谢社会各界给予高考的全力支持，对考生无私关爱和贴心服务。为给考生提供便利温馨的考试条件，许多爱心人士，自发开展绿色出行、爱心护考送考、赠送应急文具、提供饮用水、设置遮阳伞和指示牌等。广大市民倾情奉献，凝心聚力，为我市考生的备考应考提供了物质支持和精神鼓励，让广大考生和考生家长感受到社会各界的热心支持，彰显深圳温度。</w:t>
      </w:r>
    </w:p>
    <w:p>
      <w:r>
        <w:t>2024年高考任务的顺利完成，是全市上下齐心协力的结果，衷心希望全社会继续关心和支持深圳教育，我们定将不忘初心，砥砺前行，长风破浪，不负芳华！</w:t>
      </w:r>
    </w:p>
    <w:p>
      <w:r>
        <w:t>最后，祝愿所有高考学子金榜题名、圆梦今夏！</w:t>
      </w:r>
    </w:p>
    <w:p>
      <w:r>
        <w:t>深圳市教育局</w:t>
      </w:r>
    </w:p>
    <w:p>
      <w:r>
        <w:t>2024年6月9日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3503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