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https://szeb.sz.gov.cn/szzkw/zkcx/zxks/zkzy/zkcc/content/post_8949037.html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64a6aee0f88d032f0cc4b6f9e716e62682e76ea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64a6aee0f88d032f0cc4b6f9e716e62682e76ea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37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