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关于2024年10月广东省高等教育自学考试增加一门开考课程的通告</w:t>
      </w:r>
    </w:p>
    <w:p>
      <w:r>
        <w:rPr>
          <w:sz w:val="18"/>
        </w:rPr>
        <w:t>整理归属  深圳市招生考试办公室</w:t>
      </w:r>
    </w:p>
    <w:p>
      <w:r>
        <w:rPr>
          <w:sz w:val="18"/>
        </w:rPr>
        <w:t>发布日期  2024-08-30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https://szeb.sz.gov.cn/szzkw/zkgg/zkxx1/content/post_11532309.html</w:t>
        </w:r>
      </w:hyperlink>
    </w:p>
    <w:p/>
    <w:p>
      <w:r>
        <w:t>根据全国高等教育自学考试指导委员会《关于调整高等教育自学考试思想政治理论课课程设置的通知》（考委〔2024〕1号）要求，决定在2024年10月广东省高等教育自学考试增加开考“习近平新时代中国特色社会主义思想概论”（课程代码15040,3学分）课程。现将有关事项通告如下。</w:t>
      </w:r>
    </w:p>
    <w:p>
      <w:r>
        <w:t>一、时间安排</w:t>
      </w:r>
    </w:p>
    <w:p>
      <w:r>
        <w:t>考试时间：2024年10月26日（周六）下午。</w:t>
      </w:r>
    </w:p>
    <w:p>
      <w:r>
        <w:t>二、课程相关情况</w:t>
      </w:r>
    </w:p>
    <w:p>
      <w:r>
        <w:t>（一）根据考委〔2024〕1号文件要求，“形势与政策”的内容列入“习近平新时代中国特色社会主义思想概论”课程，考试范围和内容为每次考试日期前12个月以内的国内外时事。</w:t>
      </w:r>
    </w:p>
    <w:p>
      <w:r>
        <w:t>（二）使用教材：马克思主义理论研究和建设工程重点教材《习近平新时代中国特色社会主义思想概论》，高等教育出版社、人民出版社出版。</w:t>
      </w:r>
    </w:p>
    <w:p>
      <w:r>
        <w:t>（三）使用考试大纲：全国高等教育自学考试指导委员会组织研究制定的《习近平新时代中国特色社会主义思想概论课程自学考试大纲》（可在广东省自学考试管理系统公告栏内查询）。</w:t>
      </w:r>
    </w:p>
    <w:p>
      <w:r>
        <w:t>三、其他注意事项</w:t>
      </w:r>
    </w:p>
    <w:p>
      <w:r>
        <w:t>（一）考生申办2024年下半年毕业时，仍执行现行各专业规定的考试计划。</w:t>
      </w:r>
    </w:p>
    <w:p>
      <w:r>
        <w:t>（二）2025年后我省高等教育自学考试思想政治理论课课程调整办法待确定后另文公布。</w:t>
      </w:r>
    </w:p>
    <w:p>
      <w:r>
        <w:t>（三）由于本次增加该门课程的时间安排较急，请考生结合自己制定的报考计划统筹考虑。</w:t>
      </w:r>
    </w:p>
    <w:p>
      <w:r>
        <w:t>广东省自学考试委员会办公室</w:t>
      </w:r>
    </w:p>
    <w:p>
      <w:r>
        <w:t>2024年8月30日</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5323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