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https://szeb.sz.gov.cn/szzkw/zkcx/zxks/zkzy/zkcc/content/post_8949054.html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763205ccd92293f936100bc6c98c94660efbe15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763205ccd92293f936100bc6c98c94660efbe15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54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