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4053cbdc86b2ad652b741c6781dfec348ca31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4053cbdc86b2ad652b741c6781dfec348ca31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