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2021年中招第二批录取学校新生报到信息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https://szeb.sz.gov.cn/szzkw/zkgg/zkxx/content/post_9054628.html</w:t>
        </w:r>
      </w:hyperlink>
    </w:p>
    <w:p/>
    <w:p>
      <w:r>
        <w:drawing>
          <wp:inline xmlns:a="http://schemas.openxmlformats.org/drawingml/2006/main" xmlns:pic="http://schemas.openxmlformats.org/drawingml/2006/picture">
            <wp:extent cx="6400800" cy="47448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f0db9bbc1bc80a7364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44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39130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c2e07e1dad995eeb7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13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22840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b2005bfbe1f61df819f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284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5462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