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关于印发我省高等教育自学考试《采购与供应谈判》等五门课程考试大纲的通知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2017-11-02</w:t>
      </w:r>
    </w:p>
    <w:p>
      <w:r>
        <w:rPr>
          <w:sz w:val="18"/>
        </w:rPr>
        <w:t>来源  广东省教育考试院官网</w:t>
      </w:r>
    </w:p>
    <w:p>
      <w:r>
        <w:rPr>
          <w:sz w:val="18"/>
        </w:rPr>
        <w:t>栏目  信息公开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https://eea.gd.gov.cn/zwgk_xxgk/content/post_1960637.html</w:t>
        </w:r>
      </w:hyperlink>
    </w:p>
    <w:p/>
    <w:p>
      <w:r>
        <w:t>各地级以上市自学考试委员会办公室，有关主考学校：</w:t>
      </w:r>
    </w:p>
    <w:p>
      <w:r>
        <w:t>根据《关于调整我省高等教育自学考试物流管理专业、采购与供应管理专业考试计划的通知》（粤考办〔2015〕35号）及《关于推迟实施自学考试物流管理专业、采购与供应管理专业新考试计划的通知》（粤考办〔2015〕39号）的要求，2017年我省采购与供应管理专业（专科，专业代码A020265）、采购与供应管理专业 （独立本科段，专业代码B020282）已采用新考试计划并开考新课程，现将上述专业5门课程的考试大纲印发给你们。请你们及时向社会公布，以便考生尽快了解有关信息。</w:t>
      </w:r>
    </w:p>
    <w:p>
      <w:r>
        <w:t>（粤考办〔2017〕36号）关于印发我省高等教育自学考试《采购与供应谈判》等五门课程考试大纲的通知.doc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（粤考办〔2017〕36号）关于印发我省高等教育自学考试《采购与供应谈判》等五门课程考试大纲的通知.doc</w:t>
        </w:r>
      </w:hyperlink>
    </w:p>
    <w:p>
      <w:r>
        <w:rPr>
          <w:sz w:val="16"/>
        </w:rPr>
        <w:t>https://eea.gd.gov.cn/attachment/0/329/329851/1960637.doc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xxgk/content/post_1960637.html" TargetMode="External"/><Relationship Id="rId11" Type="http://schemas.openxmlformats.org/officeDocument/2006/relationships/hyperlink" Target="https://eea.gd.gov.cn/attachment/0/329/329851/1960637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