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深圳市招生考试办公室关于2020年4月高等教育自学考试延期考试报名报考工作的通知</w:t>
      </w:r>
    </w:p>
    <w:p>
      <w:r>
        <w:rPr>
          <w:sz w:val="18"/>
        </w:rPr>
        <w:t>整理归属  深圳市招生考试办公室</w:t>
      </w:r>
    </w:p>
    <w:p>
      <w:r>
        <w:rPr>
          <w:sz w:val="18"/>
        </w:rPr>
        <w:t>发布日期  2020-06-05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https://szeb.sz.gov.cn/szzkw/zkgg/zkxx1/content/post_8949679.html</w:t>
        </w:r>
      </w:hyperlink>
    </w:p>
    <w:p/>
    <w:p>
      <w:r>
        <w:t>各自考考生：</w:t>
      </w:r>
    </w:p>
    <w:p>
      <w:r>
        <w:t>根据教育部和省教育考试院通知，我省2020年4月高等教育自学考试延期至8月1至2日举行，全部课程以“单元平移”方式安排，即8月1日安排原4月11日的课程，8月2日安排原4月12日的课程，每门课程所在具体考试单元（上午、下午）保持不变。现将本次报名报考有关事项通知如下：</w:t>
      </w:r>
    </w:p>
    <w:p>
      <w:r>
        <w:t>一、报名报考时间</w:t>
      </w:r>
    </w:p>
    <w:p>
      <w:r>
        <w:t>（一）报名时间</w:t>
      </w:r>
    </w:p>
    <w:p>
      <w:r>
        <w:t>新生预报名时间：6月9日10:00至12日12:00；</w:t>
      </w:r>
    </w:p>
    <w:p>
      <w:r>
        <w:t>正式报名时间：6月9日10:00至12日17:00。</w:t>
      </w:r>
    </w:p>
    <w:p>
      <w:r>
        <w:t>（二）报考时间</w:t>
      </w:r>
    </w:p>
    <w:p>
      <w:r>
        <w:t>考生报考时间：6月16日10:00至19日17:00；</w:t>
      </w:r>
    </w:p>
    <w:p>
      <w:r>
        <w:t>缴费截止时间：6月20日17:00。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三、考生报名报考手续</w:t>
      </w:r>
    </w:p>
    <w:p>
      <w:r>
        <w:t>首次参加自学考试的新考生须先办理新生报名手续，然后才可选择课程报考。已进行过新生报名并取得准考证号的考生可直接报考，具体操作流程详见附件2。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方能进行正式报名。</w:t>
      </w:r>
    </w:p>
    <w:p>
      <w:r>
        <w:t>2.正式报名。本次正式报名全部网上进行，不设置现场报名点。考生须凭当次预报名号，在规定时间通过广东省教育考试院官方微信（ID：gdsksy）小程序进行正式报名，正式报名成功后将获得唯一准考证号（具体操作可参考附件3），所有考生务必牢记。考生身份验证过程中采集的证件照是考生在自学考试管理系统中唯一存档照片，将用于包括毕业证照在内的所有自考业务办理，一旦上传不予变更。因面容特征变化等原因无法线上报名的，请考生本人于报名期间到我办一楼招考服务大厅提交相关证明材料。</w:t>
      </w:r>
    </w:p>
    <w:p>
      <w:r>
        <w:t>（二）考生报考</w:t>
      </w:r>
    </w:p>
    <w:p>
      <w:r>
        <w:t>所有考生均须在报考前先注册“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为满足广大考生报考需求，我市已加大标准化考点建设力度，本次考试考位较去年有所增加，并于报考前全部设置开放，报考期间不再增加。</w:t>
      </w:r>
    </w:p>
    <w:p>
      <w:r>
        <w:t>（三）根据《关于加强我省高等教育自学考试考生信息采集工作的通知》（粤考办〔2018〕11号）要求，在广东省自学考试管理系统中无相片的考生,须在新生报名期间，携带本人身份证原件及本人电子相片（蓝底证件照，图像大小为宽168×高192像素）到我办一楼招考服务大厅办理补摄像手续方可报考。</w:t>
      </w:r>
    </w:p>
    <w:p>
      <w:r>
        <w:t>（四）考生进入自学考试管理系统报考页面，须认真、完整阅读并同意报考须知的全部内容（含《广东省自学考试诚信报考承诺书》，见附件4）后方能报考。本次我市继续开展自学考试诚信报考档案试点工作。根据省考办文件，在开展建立自学考试诚信报考档案试点的地市，考生违背《广东省自学考试诚信报考承诺书》，当期考试缺考2门课程或以上，将被认定为无故缺考，并记入考生诚信报考档案；在省考办组织的下一期自学考试中，在建立诚信报考档案试点的地市（广州、深圳、清远）只能报考不超过2门课程，非试点地市仍可自由报考。考生应根据自身实际情况合理报考，诚信应考。</w:t>
      </w:r>
    </w:p>
    <w:p>
      <w:r>
        <w:t>四、准考证的打印与使用</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以及无“粤康码”绿码的考生，不得打印准考证。</w:t>
      </w:r>
    </w:p>
    <w:p>
      <w:r>
        <w:t>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和“粤康码”绿码参加考试。</w:t>
      </w:r>
    </w:p>
    <w:p>
      <w:r>
        <w:t>（二）考生应在“粤康码”中如实申报考前14天个人健康情况，如实填写考前14天个人健康信息申报表（附件5），并在接受考前检查时向考点工作人员提供。正处于隔离医学观察治疗、集中隔离观察期的确诊病例、疑似病例、复检阳性人员、无症状感染者以及无“粤康码”绿码的考生，不得参加考试。考前和考试中监测、检查发现身体状况异常的考生，经评估不具备参加考试条件的，不得参加考试。考生隐瞒身体异常情况，提供虚假信息，造成严重后果的，依法追究相关人员责任。</w:t>
      </w:r>
    </w:p>
    <w:p>
      <w:r>
        <w:t>（三）考生应随身准备口罩（一次性医用口罩或外科口罩）参加考试，按照我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六、违规处理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七、成绩公布与复核申请</w:t>
      </w:r>
    </w:p>
    <w:p>
      <w:r>
        <w:t>（一）成绩公布</w:t>
      </w:r>
    </w:p>
    <w:p>
      <w:r>
        <w:t>本次考试成绩预计在考试结束后35天左右公布，届时考生可通过自学考试管理系统查询合格成绩，通过省教育考试院官方微信小程序或深圳招考网查询全部考试成绩，具体安排请留意省教育考试院或深圳招考网官方网站相关信息。</w:t>
      </w:r>
    </w:p>
    <w:p>
      <w:r>
        <w:t>（二）成绩复核申请</w:t>
      </w:r>
    </w:p>
    <w:p>
      <w:r>
        <w:t>1.申请复查程序。考生如对本人某科成绩有异议的，须持本人身份证、准考证，向我办提出成绩复查申请，具体时间、地点等安排留意深圳招考网通知，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2.复查结果告知。省自学考试委员会办公室按照相关规定组织专人进行试卷复查后，复核结果将通过自学考试管理系统通知考生，考生也可通过深圳招考网查询复查结果。</w:t>
      </w:r>
    </w:p>
    <w:p>
      <w:r>
        <w:t>八、其他事项</w:t>
      </w:r>
    </w:p>
    <w:p>
      <w:r>
        <w:t>（一）根据《关于调整我省成人高考和自学考试收费标准的复函》（粤价函〔2008〕352号），我省自学考试费标准为每科37元。</w:t>
      </w:r>
    </w:p>
    <w:p>
      <w:r>
        <w:t>（二）残疾考生参加自学考试需考点在考试期间提供合理便利的，应在报考课程前持本人第二代及以上《中华人民共和国残疾人证》向我办提出正式书面申请，报考结束后不予受理。</w:t>
      </w:r>
    </w:p>
    <w:p>
      <w:r>
        <w:t>（三）其他未尽事宜，请考生密切关注广东省教育考试院官方微信（微信号：gdsksy）和网站（网址：http://eea.gd.gov.cn）及深圳招考网发布的相关讯息。</w:t>
      </w:r>
    </w:p>
    <w:p>
      <w:r>
        <w:t>附件：1.2020年4月广东省自学考试各专业开考课程考试时间安排表（请点击查看）</w:t>
      </w:r>
    </w:p>
    <w:p>
      <w:r>
        <w:t>2.2020年4月广东省高等教育自学考试延期考试报名报考流程图</w:t>
      </w:r>
    </w:p>
    <w:p>
      <w:r>
        <w:t>3.2020年4月广东省高等教育自学考试延期考试在线报名操作指引</w:t>
      </w:r>
    </w:p>
    <w:p>
      <w:r>
        <w:t>4.广东省高等教育自学考试诚信报考承诺书</w:t>
      </w:r>
    </w:p>
    <w:p>
      <w:r>
        <w:t>5.广东省2020年4月高等教育自学考试延期考试健康信息申报表</w:t>
      </w:r>
    </w:p>
    <w:p>
      <w:r>
        <w:t>深圳市招生考试办公室</w:t>
      </w:r>
    </w:p>
    <w:p>
      <w:r>
        <w:t>2020年6月5日</w:t>
      </w:r>
    </w:p>
    <w:p>
      <w:r>
        <w:t>（市招考办咨询电话：82181999、82197626，工作时间：周一至周五，9:00-12:00,14:00-18:00，地址：罗湖区泥岗西路1068号）</w:t>
      </w:r>
    </w:p>
    <w:p>
      <w:r>
        <w:t>附件下载</w:t>
      </w:r>
    </w:p>
    <w:p>
      <w:r>
        <w:t>附件2-5.doc</w:t>
      </w:r>
    </w:p>
    <w:p>
      <w:r>
        <w:t>附件2-5.doc</w:t>
      </w:r>
    </w:p>
    <w:p>
      <w:pPr>
        <w:pStyle w:val="Heading1"/>
      </w:pPr>
      <w:r>
        <w:t>附件及下载链接</w:t>
      </w:r>
    </w:p>
    <w:p>
      <w:hyperlink r:id="rId11">
        <w:r>
          <w:rPr>
            <w:color w:val="18548A"/>
          </w:rPr>
          <w:t>附件2-5.doc</w:t>
        </w:r>
      </w:hyperlink>
    </w:p>
    <w:p>
      <w:r>
        <w:rPr>
          <w:sz w:val="16"/>
        </w:rPr>
        <w:t>https://szeb.sz.gov.cn/attachment/0/803/803215/8949679.doc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79.html" TargetMode="External"/><Relationship Id="rId11" Type="http://schemas.openxmlformats.org/officeDocument/2006/relationships/hyperlink" Target="https://szeb.sz.gov.cn/attachment/0/803/803215/894967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