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2008年我省成人高考成绩及录取结果查询方式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2008-11-10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https://eea.gd.gov.cn/crgk/content/post_2219030.html</w:t>
        </w:r>
      </w:hyperlink>
    </w:p>
    <w:p/>
    <w:p>
      <w:r>
        <w:t>2008年我省成人高考考生成绩将于10日上午十时左右公布，考生可通过下述渠道查询。</w:t>
      </w:r>
    </w:p>
    <w:p>
      <w:r>
        <w:t>2008年我省成人高考成绩及录取结果查询方式如下：</w:t>
      </w:r>
    </w:p>
    <w:p>
      <w:r>
        <w:t>第一种：电话查询</w:t>
      </w:r>
    </w:p>
    <w:p>
      <w:r>
        <w:t>1、中国电信固定电话或小灵通、中国联通手机及铁通固定电话用户，只需拨通96040（全省各地均可直拨，无需加区号），按语音提示输入准考证号码，即可查询到成人高考各科考试成绩、录取情况。考生也可以提前拨打96040对成人高考成绩及录取情况进行短信通知预订（资费：1元/分钟，不含基本通话费）。</w:t>
      </w:r>
    </w:p>
    <w:p>
      <w:r>
        <w:t>2、移动用户（包括大众卡）还可直接拨打 1259025673按3号键进行查询。资费：1.5元/分钟，不含基本通信费（客服电话：0755-28811899）。</w:t>
      </w:r>
    </w:p>
    <w:p>
      <w:r>
        <w:t>第二种： 短信查询</w:t>
      </w:r>
    </w:p>
    <w:p>
      <w:r>
        <w:t>1、成绩查询</w:t>
      </w:r>
    </w:p>
    <w:p>
      <w:r>
        <w:t>移动用户编写“GCF+准考证号” （如准考证号是123456789，则发送：GCF123456789）至10622168，即可查询成人高考各科成绩（资费：2元/条，不含通信费）。</w:t>
      </w:r>
    </w:p>
    <w:p>
      <w:r>
        <w:t>联通及小灵通用户编写“KCF+准考证号” （如准考证号是123456789，则发送：KCF123456789）至10622168，即可查询成人高考各科成绩 (资费：2元/条，不含通信费) 。</w:t>
      </w:r>
    </w:p>
    <w:p>
      <w:r>
        <w:t>2、录取结果查询</w:t>
      </w:r>
    </w:p>
    <w:p>
      <w:r>
        <w:t>移动用户编写“GCL+准考证号” （如准考证号是123456789，则发送：GCL123456789）至10622168，即可查询成人高考录取结果（资费： 2元/条，不含通信费）。</w:t>
      </w:r>
    </w:p>
    <w:p>
      <w:r>
        <w:t>联通及小灵通用户编写“KCL+准考证号” （如准考证号是123456789，则发送：KCL123456789）至10622168，即可查询成人高考录取结果(资费： 2元/条，不含通信费) 。</w:t>
      </w:r>
    </w:p>
    <w:p>
      <w:r>
        <w:t>第三种：网上查询</w:t>
      </w:r>
    </w:p>
    <w:p>
      <w:r>
        <w:t>考生可登录广东考试服务网查询（服务热线16883585）。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90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