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国务院办公厅转发教育部等部门关于做好进城务工人员随迁子女接受义务教育后在当地参加升学考试工作意见的通知</w:t>
      </w:r>
    </w:p>
    <w:p>
      <w:r>
        <w:rPr>
          <w:sz w:val="18"/>
        </w:rPr>
        <w:t>整理归属  深圳市招生考试办公室</w:t>
      </w:r>
    </w:p>
    <w:p>
      <w:r>
        <w:rPr>
          <w:sz w:val="18"/>
        </w:rPr>
        <w:t>发布日期  2012-08-31</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http://www.gov.cn/zwgk/2012-08/31/content_2214566.htm</w:t>
        </w:r>
      </w:hyperlink>
    </w:p>
    <w:p/>
    <w:p>
      <w:r>
        <w:t>国务院办公厅转发教育部等部门关于做好</w:t>
      </w:r>
    </w:p>
    <w:p>
      <w:r>
        <w:t>进城务工人员随迁子女接受义务教育后</w:t>
      </w:r>
    </w:p>
    <w:p>
      <w:r>
        <w:t>在当地参加升学考试工作意见的通知</w:t>
      </w:r>
    </w:p>
    <w:p>
      <w:r>
        <w:t xml:space="preserve"> 国办发〔2012〕46号</w:t>
      </w:r>
    </w:p>
    <w:p>
      <w:r>
        <w:t>各省、自治区、直辖市人民政府，国务院各部委、各直属机构：</w:t>
      </w:r>
    </w:p>
    <w:p>
      <w:r>
        <w:t xml:space="preserve">    教育部、发展改革委、公安部、人力资源社会保障部《关于做好进城务工人员随迁子女接受义务教育后在当地参加升学考试工作的意见》已经国务院同意，现转发给你们，请认真贯彻执行。</w:t>
      </w:r>
    </w:p>
    <w:p>
      <w:r>
        <w:t xml:space="preserve">                                                           国务院办公厅</w:t>
      </w:r>
    </w:p>
    <w:p>
      <w:r>
        <w:t xml:space="preserve">                                                           2012年8月30日</w:t>
      </w:r>
    </w:p>
    <w:p>
      <w:r>
        <w:t>关于做好进城务工人员随迁子女接受义务</w:t>
      </w:r>
    </w:p>
    <w:p>
      <w:r>
        <w:t>教育后在当地参加升学考试工作的意见</w:t>
      </w:r>
    </w:p>
    <w:p>
      <w:r>
        <w:t xml:space="preserve"> 教育部　发展改革委　公安部　人力资源社会保障部</w:t>
      </w:r>
    </w:p>
    <w:p>
      <w:r>
        <w:t>为贯彻落实中央有关文件精神和《国家中长期教育改革和发展规划纲要（2010—2020年）》要求，现就做好进城务工人员及其他非本地户籍就业人员随迁子女接受义务教育后在当地参加中考和高考（以下称随迁子女升学考试）工作，提出如下意见：</w:t>
      </w:r>
    </w:p>
    <w:p>
      <w:r>
        <w:t xml:space="preserve">    一、充分认识做好随迁子女升学考试工作的重要性。《国务院办公厅转发教育部等部门关于进一步做好进城务工就业农民子女义务教育工作意见的通知》（国办发〔2003〕78号）印发后，各地认真贯彻落实“以流入地政府为主，以全日制公办中小学为主”政策，进城务工人员随迁子女在当地接受义务教育的问题得到初步解决，一些地方还探索了随迁子女接受义务教育后在当地参加升学考试的办法。但随着进城务工人员规模不断扩大，随迁子女完成义务教育人数不断增多，随迁子女升学考试问题日益突出。进一步做好随迁子女升学考试工作，是坚持以人为本、保障进城务工人员随迁子女受教育权利、促进教育公平的客观要求，对于保障和改善民生、加强和创新社会管理、 维护社会和谐具有重要意义。</w:t>
      </w:r>
    </w:p>
    <w:p>
      <w:r>
        <w:t xml:space="preserve">    二、做好随迁子女升学考试工作的主要原则。坚持有利于保障进城务工人员随迁子女公平受教育权利和升学机会，坚持有利于促进人口合理有序流动，统筹考虑进城务工人员随迁子女升学考试需求和人口流入地教育资源承载能力等现实可能，积极稳妥地推进随迁子女升学考试工作。</w:t>
      </w:r>
    </w:p>
    <w:p>
      <w:r>
        <w:t xml:space="preserve">    三、因地制宜制定随迁子女升学考试具体政策。各省、自治区、直辖市人民政府要根据城市功能定位、产业结构布局和城市资源承载能力，根据进城务工人员在当地的合法稳定职业、合法稳定住所（含租赁）和按照国家规定参加社会保险年限，以及随迁子女在当地连续就学年限等情况，确定随迁子女在当地参加升学考试的具体条件，制定具体办法。各省、自治区、直辖市有关随迁子女升学考试的方案原则上应于2012年年底前出台。北京、上海等人口流入集中的地区要进一步摸清底数，掌握非本地户籍人口变动和随迁子女就学等情况，抓紧建立健全进城务工人员管理制度，制定出台有关随迁子女升学考试的方案。</w:t>
      </w:r>
    </w:p>
    <w:p>
      <w:r>
        <w:t xml:space="preserve">    四、统筹做好随迁子女和流入地学生升学考试工作。对符合在当地参加升学考试条件的随迁子女净流入数量较大的省份，教育部、发展改革委采取适当增加高校招生计划等措施，保障当地高考录取比例不因符合条件的随迁子女参加当地高考而受到影响。对不符合在流入地参加升学考试条件的随迁子女，流出地和流入地要积极配合，做好政策衔接，保障考生能够回流出地参加升学考试；经流出地和流入地协商，有条件的流入地可提供借考服务。各地要加强对考生报考资格的审查，严格规范、公开透明地执行随迁子女升学考试政策，防止“高考移民”。</w:t>
      </w:r>
    </w:p>
    <w:p>
      <w:r>
        <w:t xml:space="preserve">    五、加强组织领导和协调配合。各地区、各有关部门要加强对随迁子女升学考试工作的组织领导，明确责任分工，密切协作配合，形成齐抓共管的工作格局。各地招生考试委员会要统筹做好随迁子女升学考试工作，教育部门会同有关部门依据随迁子女升学考试人数合理调配资源，做好招生计划编制、考生报名组织、考试实施以及招生录取等工作。发展改革部门要将进城务工人员随迁子女教育纳入当地经济社会发展规划。公安部门要加强对流动人口的服务管理，及时提供进城务工人员及其随迁子女的居住等相关信息。人力资源社会保障部门要及时提供进城务工人员的就业和社保信息。各地区、各有关部门要及时研究解决工作中出现的新情况新问题，认真总结和推广成功经验。要采取多种形式加强对随迁子女升学考试政策的宣传解读，做好舆论引导工作，营造良好氛围。</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www.gov.cn/zwgk/2012-08/31/content_221456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