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关于做好2011年广东省成人高等学校新生入学资格复核工作的通知</w:t>
      </w:r>
    </w:p>
    <w:p>
      <w:r>
        <w:rPr>
          <w:sz w:val="18"/>
        </w:rPr>
        <w:t>整理归属  广东省教育考试院</w:t>
      </w:r>
    </w:p>
    <w:p>
      <w:r>
        <w:rPr>
          <w:sz w:val="18"/>
        </w:rPr>
        <w:t>发布日期  2011-03-23</w:t>
      </w:r>
    </w:p>
    <w:p>
      <w:r>
        <w:rPr>
          <w:sz w:val="18"/>
        </w:rPr>
        <w:t>来源  粤招办成〔2011〕1 号</w:t>
      </w:r>
    </w:p>
    <w:p>
      <w:r>
        <w:rPr>
          <w:sz w:val="18"/>
        </w:rPr>
        <w:t>栏目  通知公告</w:t>
      </w:r>
    </w:p>
    <w:p>
      <w:r>
        <w:rPr>
          <w:sz w:val="18"/>
        </w:rPr>
        <w:t>存档日期  2026-10-27</w:t>
      </w:r>
    </w:p>
    <w:p>
      <w:r>
        <w:t xml:space="preserve">原文链接  </w:t>
      </w:r>
      <w:hyperlink r:id="rId10">
        <w:r>
          <w:rPr>
            <w:color w:val="18548A"/>
          </w:rPr>
          <w:t>https://eea.gd.gov.cn/tzgg/content/post_2217843.html</w:t>
        </w:r>
      </w:hyperlink>
    </w:p>
    <w:p/>
    <w:p>
      <w:r>
        <w:t>广东省各成人高等学校、省外成人高等学校及在粤函授站：</w:t>
      </w:r>
    </w:p>
    <w:p>
      <w:r>
        <w:t>广东省2010年各类成人高等学校录取的新生，将于2011年3月入学完毕。为严肃考风考纪，切实保证新生的入学质量，维护考生的切身利益，现将新生入学资格复核工作的有关事项通知如下：</w:t>
      </w:r>
    </w:p>
    <w:p>
      <w:r>
        <w:t>一、各成人高等学校要加强管理，切实做好对新生入学资格的复核工作。在复核中，对不符合录取条件或专科毕业证书作假、违规舞弊者应按照相关规定取消其入学资格；对不能通过学籍电子注册的专升本新生，必须进行第一学历复核，不能提供经教育部审定核准的国民教育系列高等学校、高等教育自学考试机构颁发的相应层次及以上毕业证书者，由招生学校取消其入学资格，并报有关省招生办公室备案。</w:t>
      </w:r>
    </w:p>
    <w:p>
      <w:r>
        <w:t>二、各成人高校对2010年成人高考报名时已通过教育部学信平台“中国高等教育学历证书查询系统”核对并通过教育部数据校验的专升本新生可不进行复核，但对专升本层次的2011年专科应届新生及需复核的其他考生，必须要求其在入学注册时提交专科毕业证书原件，由学校进行复核。各校需复核的名单另行通知。</w:t>
      </w:r>
    </w:p>
    <w:p>
      <w:r>
        <w:t>三、专升本新生专科学历复核方法</w:t>
      </w:r>
    </w:p>
    <w:p>
      <w:r>
        <w:t>（一）学校对本校录取的专升本层次所有应届专科毕业生，可直接登录中国高等教育学历证书网上查询系统， 2011年春季毕业的应届毕业生的学历文凭可在学信平台上免费查询。</w:t>
      </w:r>
    </w:p>
    <w:p>
      <w:r>
        <w:t>（二）对有疑问的2001年以后毕业的往届专科毕业生证书，如有必要，学校可要求学生发送短信获得学历文凭的查询码，获取查询码的方法（每组查询码只能使用一次，2元/条，不含短信通信费）：中国移动用户发送短信020至1065800883077（客服电话：4006125880），中国联通用户发送短信1020至106555822077（客服电话：10102580）。考生发出短信后，系统一般在3分钟内可将查询码发送到用户的手机上。考生向学校提交已获取的学历证书查询码，由学校立即登录中国高等教育学信平台网的“中国高等教育学历证书查询系统”,输入“证书编号＋姓名＋查询码＋验证码”进行在线查询验核。</w:t>
      </w:r>
    </w:p>
    <w:p>
      <w:r>
        <w:t>（三）属1991年－2000年毕业的专科毕业生可先自行登录学信网进行实名注册后，通过用户名、密码登录学信平台后免费查询本人学历。由考生本人凭注册的用户名和密码，在学校登陆“中国高等教育学历证书查询系统” 进行在线查询验核。</w:t>
      </w:r>
    </w:p>
    <w:p>
      <w:r>
        <w:t>（四）属1991年以前毕业的专科毕业生或属上述（一）、（二）、（三）所列情况但在学信网上无法查询到验证结果的，须到广东省教育厅学历认证中心学历鉴定部办理学历验证手续，并在规定时间前反馈验证结果。</w:t>
      </w:r>
    </w:p>
    <w:p>
      <w:r>
        <w:t>（五）若考生提供《教育部学历证书电子注册备案表》（备案表持有人可在30日有效期内进行不限次免费打印和验证）或《中国高等教育学历认证报告》，学校工作人员可使用学信平台的“在线验证”功能或“学历认证”功能进行复核。</w:t>
      </w:r>
    </w:p>
    <w:p>
      <w:r>
        <w:t>（六）若新生专科毕业后姓名或身份证号有所变更，入学时请学生提交户籍材料及身份证发证机关出具的证明材料，并按《关于规范普通、成人高等教育学生更正报名信息工作的通知》（粤招办普[2010]17号）的要求办理信息更正手续。</w:t>
      </w:r>
    </w:p>
    <w:p>
      <w:r>
        <w:t>四、省招生办公室向各成人高校下发专升本层次入学资格学历复核考生名单（XLS格式，应届与非应届均包含在内），各成人高校复核后需在此名单的相关栏目中补填待验学生的毕业证书等相关信息（见附件）。附件加盖公章后，于4月20日前报省招生办公室统一查核备案，并将电子文档以学校国标码命名发至电子邮箱：gdzbgk@eea.gd.gov.cn。省招生办在查核中若发现问题，成人高校须将学生的专科毕业证、学历证书鉴定证明送省招生办审核，经审核不符合录取条件的，必须取消其入学资格。</w:t>
      </w:r>
    </w:p>
    <w:p>
      <w:r>
        <w:t>五、请各成人高校于4月20日前将新生入学资格复查的工作情况书面报省招生办，省招生办将组织有关人员对广东省成人高等学校新生入学资格复核工作进行抽查。</w:t>
      </w:r>
    </w:p>
    <w:p>
      <w:r>
        <w:t>附件：2011年专升本层次新生入学资格学历复核表</w:t>
      </w:r>
    </w:p>
    <w:p>
      <w:r>
        <w:t>广东省高等中专学校招生委员会办公室</w:t>
      </w:r>
    </w:p>
    <w:p>
      <w:r>
        <w:t>二〇一一年三月九日</w:t>
      </w:r>
    </w:p>
    <w:p>
      <w:r>
        <w:t>相关附件:</w:t>
      </w:r>
    </w:p>
    <w:p>
      <w:r>
        <w:t>yzbc[2011]1.doc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8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