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关于调整广东省2015年成人高校招生专科起点本科、高中起点本科及高中起点专科（脱产）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2015-12-08</w:t>
      </w:r>
    </w:p>
    <w:p>
      <w:r>
        <w:rPr>
          <w:sz w:val="18"/>
        </w:rPr>
        <w:t>来源  广东省教育考试院官网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https://eea.gd.gov.cn/tzgg/content/post_1960895.html</w:t>
        </w:r>
      </w:hyperlink>
    </w:p>
    <w:p/>
    <w:p>
      <w:r>
        <w:t>各地级以上市及顺德区招生办公室（考试中心）、各有关高校：</w:t>
      </w:r>
    </w:p>
    <w:p>
      <w:r>
        <w:t>根据我省2015年成人高校招生专科起点本科、高中起点本科及高中起点专科（脱产）部分高校计划完成情况及生源情况，经研究，现决定对部分高校录取最低控制分数线进行调整。具体情况见附件。</w:t>
      </w:r>
    </w:p>
    <w:p>
      <w:r>
        <w:t>附件：1．广东省2015年成人高考专科起点本科部分院校分数线调整表</w:t>
      </w:r>
    </w:p>
    <w:p>
      <w:r>
        <w:t>2．广东省2015年成人高考高中起点本科部分院校分数线调整表</w:t>
      </w:r>
    </w:p>
    <w:p>
      <w:r>
        <w:t>3．广东省2015年成人高考高中起点专科（脱产）部分院校分数线调整表</w:t>
      </w:r>
    </w:p>
    <w:p>
      <w:r>
        <w:t>广东省招生委员会办公室</w:t>
      </w:r>
    </w:p>
    <w:p>
      <w:r>
        <w:t>2015年12月4日</w:t>
      </w:r>
    </w:p>
    <w:p>
      <w:r>
        <w:t>附件1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blHeader/>
        </w:trPr>
        <w:tc>
          <w:tcPr>
            <w:tcW w:type="dxa" w:w="10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广东省2015年成人高考专科起点本科部分院校分数线调整情况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调整后分数线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10013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北京邮电大学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中央财经大学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对外经济贸易大学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首都经济贸易大学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华北电力大学(北京)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天津科技大学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10147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辽宁工程技术大学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10183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10207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吉林财经大学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10251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华东理工大学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10293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南京邮电大学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10345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10359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合肥工业大学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南昌大学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江西理工大学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中国石油大学(华东)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武汉工程大学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武汉理工大学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10504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华中农业大学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10520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中南财经政法大学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长沙理工大学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中南林业科技大学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重庆邮电大学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10674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昆明理工大学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10698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西安交通大学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10699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10709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西安工程大学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三峡大学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11232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北京信息科技大学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湖南工程学院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五邑大学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11437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长春工程学院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11535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50870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广西教育学院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文史类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调整后分数线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五邑大学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50870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广西教育学院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10147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辽宁工程技术大学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10183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10345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10345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50870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广西教育学院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调整后分数线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中国传媒大学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星海音乐学院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</w:tr>
    </w:tbl>
    <w:p/>
    <w:p>
      <w:r>
        <w:t>附件2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广东省2015年成人高考高中起点本科部分院校分数线调整情况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调整后分数线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中央财经大学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10316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中国药科大学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10674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昆明理工大学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高起本理工类201组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文史类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调整后分数线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中央财经大学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209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重庆邮电大学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209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50870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广西教育学院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高起本文史类202组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调整后分数线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广州体育学院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高起本体育类201组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调整后分数线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广州美术学院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高起本艺术类202组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</w:t>
            </w:r>
          </w:p>
        </w:tc>
      </w:tr>
    </w:tbl>
    <w:p/>
    <w:p>
      <w:r>
        <w:t>附件3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blHeader/>
        </w:trPr>
        <w:tc>
          <w:tcPr>
            <w:tcW w:type="dxa" w:w="10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广东省2015年成人高考高中起点专科脱产部分院校分数线调整情况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调整后分数线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50081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四川科技职工大学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50794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衡阳有色冶金职工大学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50826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广东省国防工业职工大学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50837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韶关市职工大学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广东开放大学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51721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中国环境管理干部学院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51767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湖南纺织职工大学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高起专脱产理工301组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文史类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调整后分数线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50081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四川科技职工大学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50794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衡阳有色冶金职工大学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50826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广东省国防工业职工大学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50837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韶关市职工大学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50853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湛江教育学院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51315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广东开放大学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51721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中国环境管理干部学院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51767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湖南纺织职工大学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高起专脱产文史301组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外语类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调整后分数线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50853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湛江教育学院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高起专脱产外语301组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51320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广东社会科学大学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高起专脱产外语301组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高起专脱产外语301组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调整后分数线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51393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广州市广播电视大学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高起专脱产艺术301组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196089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