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给全国联招广州考区考生的温馨提醒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2023-05-19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联合招生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https://eea.gd.gov.cn/lhzs/content/post_4183829.html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https://eea.gd.gov.cn/tzgg/content/post_4183695.html</w:t>
        </w:r>
      </w:hyperlink>
    </w:p>
    <w:p/>
    <w:p>
      <w:r>
        <w:t>2023年普通高校联合招收华侨港澳台学生（以下简称全国联招）入学考试将于明后天（5月20日-21日）举行。为确保考生顺利参加考试，现作如下温馨提醒：</w:t>
      </w:r>
    </w:p>
    <w:p>
      <w:r>
        <w:t>一、今年全国联招广州考区设两个考点，请考生务必看清本人准考证上的考试地点，不要因走错考点而耽误考试，并提前了解考场分布（详见下方表格）。</w:t>
      </w:r>
    </w:p>
    <w:p>
      <w:r>
        <w:t>二、请考生打印好准考证，准备好个人身份证件、必需的考试文具等物品。</w:t>
      </w:r>
    </w:p>
    <w:p>
      <w:r>
        <w:t>三、考生应按考点要求，有序进场，听从考点现场工作人员指挥。进场和散场时，不得拥挤，保持人员距离。</w:t>
      </w:r>
    </w:p>
    <w:p>
      <w:r>
        <w:t>五、考点联系方式：暨南大学020-85227073，华南农业大学020-85283652。</w:t>
      </w:r>
    </w:p>
    <w:p>
      <w:r>
        <w:t>祝各位考生顺利赴考、考出好成绩！</w:t>
      </w:r>
    </w:p>
    <w:p>
      <w:r>
        <w:t>联合招生办公室</w:t>
      </w:r>
    </w:p>
    <w:p>
      <w:r>
        <w:t>2023年5月19日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67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22ab6ac4f1c5a0799ca080aa48c8757e991dd4e-00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6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71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22ab6ac4f1c5a0799ca080aa48c8757e991dd4e-00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71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7468071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2d4f06c79a17518dc5a876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8071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lhzs/content/post_4183829.html" TargetMode="External"/><Relationship Id="rId11" Type="http://schemas.openxmlformats.org/officeDocument/2006/relationships/hyperlink" Target="https://eea.gd.gov.cn/tzgg/content/post_4183695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