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https://szeb.sz.gov.cn/szzkw/zkcx/zxks/zkzy/bkcc/content/post_8949112.html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7b289ba47999ec0d93363dd79ce17c5b8bd530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7b289ba47999ec0d93363dd79ce17c5b8bd530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1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