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致深圳市2024年高考考生的一封信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https://szeb.sz.gov.cn/szzkw/zkgg/gkxx/content/post_11323637.html</w:t>
        </w:r>
      </w:hyperlink>
    </w:p>
    <w:p/>
    <w:p>
      <w:r>
        <w:t>亲爱的考生、家长：</w:t>
      </w:r>
    </w:p>
    <w:p>
      <w:r>
        <w:t>十年磨剑谱人生华章，百日冲刺展学子英姿。6月7日至9日我市将举行全国普通高考，满怀着梦想与期待，你们即将开启人生崭新的一页，在此，我们为您送上最真挚的祝福，愿您执笔为剑，落笔生辉，梦想成真，不负青春韶华。为确保大家考试平安顺利，现将考试有关重要事项温馨提醒如下：</w:t>
      </w:r>
    </w:p>
    <w:p>
      <w:r>
        <w:t>一、关注政策，提前做好考试准备</w:t>
      </w:r>
    </w:p>
    <w:p>
      <w:r>
        <w:t>（一）按照规定，考试期间，考生不得将手机带入考点。请广大考生不要携带手机等电子设备前往考点，确需携带的，要听从工作人员的安排，在考点指定区域妥善放置。</w:t>
      </w:r>
    </w:p>
    <w:p>
      <w:r>
        <w:t>（二）准备考试必备物品。请考生按要求提前备好考试必需的考试文具和防护用品，务必携带好本人准考证、有效居民身份证，千万不要携带手机、电子设备、书包、资料等物品进入考点封闭区。同时要提前安置好个人物品，以免丢失。</w:t>
      </w:r>
    </w:p>
    <w:p>
      <w:r>
        <w:t>（三）妥善做好赴考规划。请考生和家长要充分考虑天气、交通等因素，确保赴考安全。本次考试各考点将在入口和考场入口进行“两次安检”，请考生自觉配合接受检查，留足入场身份验证和安检的时间，建议至少提前60分钟到达考点，避免延误。</w:t>
      </w:r>
    </w:p>
    <w:p>
      <w:r>
        <w:t>（四）配合安检。各考点在封闭区入口和考场（或候考室）入口须进行两次人工安检和一次智能安检门安检，并进行人脸识别检查。请考生尽量不要携带钥匙、磁卡、打火机以及金属手镯、戒指、项链等物品，尽量不穿戴有金属装饰品的衣服、鞋帽、发卡等，避免重复安检，影响正常入场考试。</w:t>
      </w:r>
    </w:p>
    <w:p>
      <w:r>
        <w:t>（五）调整好备考心理状态。请考生合理规划考前复习时间，将作息时间与考试时间对应调整好，早睡早起，合理膳食，保持最佳备考状态，从容应考。</w:t>
      </w:r>
    </w:p>
    <w:p>
      <w:r>
        <w:t>二、遵守纪律，诚信考试</w:t>
      </w:r>
    </w:p>
    <w:p>
      <w:r>
        <w:t>（一）遵守考试时间。按照规定，考试开始15分钟后，不允许迟到考生进入考点。请广大考生牢记考试时间，合理规划安排，提前到达考点，留足入场检查时间。为确保不影响正常考试，请考生到达考点后不要在封闭区周围逗留、聚集，应尽快有序入场。</w:t>
      </w:r>
    </w:p>
    <w:p>
      <w:r>
        <w:t>（二）诚信守纪考试。请考生严格遵守考场纪律，遵照考点统一发出的考试指令完成考试（考场内挂钟时间仅供参考），考试结束铃声响起，须立即停笔，否则将会受到取消本科目考试成绩的处理。在考试过程中如有疑问和诉求，可以当场举手提出，所有问题须在考场内解决，未处理完毕前请不要离开考场。国家教育考试全部考场均实行全覆盖、全时段网上监控和录像，监控视频和后期的录像回放都将作为认定考试违规的依据，请广大考生务必诚信应考。注意：试题、答题卡、草稿纸等均属于涉考材料，不允许以任何形式拍照传出或带离考场。</w:t>
      </w:r>
    </w:p>
    <w:p>
      <w:r>
        <w:t>（三）自觉遵守考试规章制度。《国家教育考试违规处理办法》《中华人民共和国刑法（修正案九）》等法律法规均对考试违纪作弊行为有严厉的处罚规定。考试作弊后果严重，将导致2024年高考所有考试科目的成绩无效，同时考生的作弊信息将纳入失信信息范围。考试过程中考生如携带手机等具有发送或者接收信息功能的设备，无论是否使用，均将认定为考试作弊。考试过程中使用手机等设备拍摄试题、答题卡并通过QQ、微信群等传播试题、答案等，涉嫌犯罪的，将移送司法机关严肃处理。为避免将来的学习、工作和生活受到影响，请广大考生务必严格遵守考试纪律，切莫心存侥幸，以身试法，导致一步踏错，抱憾终身。</w:t>
      </w:r>
    </w:p>
    <w:p>
      <w:r>
        <w:t>（四）如遇突发事件请保持冷静。考前，考生如出现身份证、准考证不慎遗失等意外情况，无需紧张，请及时与学校领队老师或考点联系。考试过程中如出现突发或偶发事件，务必服从现场工作人员管理，在无人身安全危险的情况下，沉着冷静，不要私自离场，留在原地等候考点指令处理。</w:t>
      </w:r>
    </w:p>
    <w:p>
      <w:r>
        <w:t>三、提高警惕，谨防上当</w:t>
      </w:r>
    </w:p>
    <w:p>
      <w:r>
        <w:t>（一）对于高考，社会上总有不法分子、作弊团伙通过各种方式和手段进行诈骗犯罪活动，散布提供“助考”、提前取得“试题”等虚假信息，骗取考生钱财。请考生、家长务必提高警惕，不要抱有侥幸心理，更不要参与“助考”违法犯罪活动，避免上当受骗。</w:t>
      </w:r>
    </w:p>
    <w:p>
      <w:r>
        <w:t>（二）防范招生欺诈。招生录取期间，考生和家长一定不要轻易将考生及家人的信息泄露给他人，考生需加强网上登录密码强度并妥善保管，不要使用简单密码以防泄露，切勿向他人透露或交由他人代查成绩、代填报志愿。</w:t>
      </w:r>
    </w:p>
    <w:p>
      <w:r>
        <w:t>（三）认准官方渠道。请考生和家长以广东省教育考试院官网（网址：https://eea.gd.gov.cn/）、深圳招考网（网址：https://szeb.sz.gov.cn/szzkw/）和官方微信公众号“深圳市招生考试办公室”发布的信息为准，切勿轻信各种“助考机构”“辅导机构”的虚假宣传，避免上当受骗。</w:t>
      </w:r>
    </w:p>
    <w:p>
      <w:r>
        <w:t>（四）畅通举报渠道。考试期间，如发现涉考违法违规行为，请及时向公安机关报警并向市招考办举报。</w:t>
      </w:r>
    </w:p>
    <w:p>
      <w:r>
        <w:t>举报电话：0755-82181999</w:t>
      </w:r>
    </w:p>
    <w:p>
      <w:r>
        <w:t>举报邮箱：szzb-gk@sz.edu.cn</w:t>
      </w:r>
    </w:p>
    <w:p>
      <w:r>
        <w:t>愿您笔锋所至皆是心之所向，夙愿得偿。市招考办祝广大考生考试顺利，金榜题名，取得理想成绩！</w:t>
      </w:r>
    </w:p>
    <w:p>
      <w:r>
        <w:t>深圳市招生考试办公室</w:t>
      </w:r>
    </w:p>
    <w:p>
      <w:r>
        <w:t>2024年5月31日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236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