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护航高考②｜高考“花式应援”，愿所有考生乘风破浪、金榜题名！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https://szeb.sz.gov.cn/szzkw/zkgg/gkxx/content/post_10635752.html</w:t>
        </w:r>
      </w:hyperlink>
    </w:p>
    <w:p/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41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6fd8d0123c86579f9ee796660fa7ec8c4a1b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4706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6fd8d0123c86579f9ee796660fa7ec8c4a1b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4706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6fd8d0123c86579f9ee796660fa7ec8c4a1b5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4706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6fd8d0123c86579f9ee796660fa7ec8c4a1b5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222664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6fd8d0123c86579f9ee796660fa7ec8c4a1b5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2266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1/4</w:t>
      </w:r>
    </w:p>
    <w:p>
      <w:r>
        <w:drawing>
          <wp:inline xmlns:a="http://schemas.openxmlformats.org/drawingml/2006/main" xmlns:pic="http://schemas.openxmlformats.org/drawingml/2006/picture">
            <wp:extent cx="6400800" cy="380623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c89da323fe2d7c0ddd95f9359c08ffe10e6cb8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2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2/4</w:t>
      </w:r>
    </w:p>
    <w:p>
      <w:r>
        <w:drawing>
          <wp:inline xmlns:a="http://schemas.openxmlformats.org/drawingml/2006/main" xmlns:pic="http://schemas.openxmlformats.org/drawingml/2006/picture">
            <wp:extent cx="6400800" cy="815245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c89da323fe2d7c0ddd95f9359c08ffe10e6cb8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3/4</w:t>
      </w:r>
    </w:p>
    <w:p>
      <w:r>
        <w:drawing>
          <wp:inline xmlns:a="http://schemas.openxmlformats.org/drawingml/2006/main" xmlns:pic="http://schemas.openxmlformats.org/drawingml/2006/picture">
            <wp:extent cx="6400800" cy="815245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c89da323fe2d7c0ddd95f9359c08ffe10e6cb8-00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4/4</w:t>
      </w:r>
    </w:p>
    <w:p>
      <w:r>
        <w:drawing>
          <wp:inline xmlns:a="http://schemas.openxmlformats.org/drawingml/2006/main" xmlns:pic="http://schemas.openxmlformats.org/drawingml/2006/picture">
            <wp:extent cx="6400800" cy="314771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c89da323fe2d7c0ddd95f9359c08ffe10e6cb8-00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47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1/4</w:t>
      </w:r>
    </w:p>
    <w:p>
      <w:r>
        <w:drawing>
          <wp:inline xmlns:a="http://schemas.openxmlformats.org/drawingml/2006/main" xmlns:pic="http://schemas.openxmlformats.org/drawingml/2006/picture">
            <wp:extent cx="6400800" cy="380356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5dc2d838ef4ddbc768d735a054f065554321a9-00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2/4</w:t>
      </w:r>
    </w:p>
    <w:p>
      <w:r>
        <w:drawing>
          <wp:inline xmlns:a="http://schemas.openxmlformats.org/drawingml/2006/main" xmlns:pic="http://schemas.openxmlformats.org/drawingml/2006/picture">
            <wp:extent cx="6400800" cy="814767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5dc2d838ef4ddbc768d735a054f065554321a9-0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3/4</w:t>
      </w:r>
    </w:p>
    <w:p>
      <w:r>
        <w:drawing>
          <wp:inline xmlns:a="http://schemas.openxmlformats.org/drawingml/2006/main" xmlns:pic="http://schemas.openxmlformats.org/drawingml/2006/picture">
            <wp:extent cx="6400800" cy="814767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5dc2d838ef4ddbc768d735a054f065554321a9-00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4/4</w:t>
      </w:r>
    </w:p>
    <w:p>
      <w:r>
        <w:drawing>
          <wp:inline xmlns:a="http://schemas.openxmlformats.org/drawingml/2006/main" xmlns:pic="http://schemas.openxmlformats.org/drawingml/2006/picture">
            <wp:extent cx="6400800" cy="262360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5dc2d838ef4ddbc768d735a054f065554321a9-0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236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63575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