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深圳市2022年下半年全国英语等级考试疫情防控温馨提示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2022-09-20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https://szeb.sz.gov.cn/szzkw/zkgg/skxx/content/post_10124345.html</w:t>
        </w:r>
      </w:hyperlink>
    </w:p>
    <w:p/>
    <w:p>
      <w:r>
        <w:t>各位考生：</w:t>
      </w:r>
    </w:p>
    <w:p>
      <w:r>
        <w:t>2022年下半年全国英语等级考试（深圳考区）将于9月24日至25日举行，为切实做好新冠肺炎疫情防控常态化下组考工作，保障广大考生和考试工作人员的生命安全和身体健康，确保考试安全有序平稳实施，请所有考生知悉以下防疫工作要求，并遵照执行：</w:t>
      </w:r>
    </w:p>
    <w:p>
      <w:r>
        <w:t>一、符合以下防疫要求的考生可参加考试</w:t>
      </w:r>
    </w:p>
    <w:p>
      <w:r>
        <w:t>粤康码为绿码，有考前24小时内核酸检测阴性证明（或考前48小时内的核酸检测阴性证明和考前24小时核酸采样记录），现场测量体温正常（体温&lt;37.3℃），且不存在不得参加考试情况的考生。</w:t>
      </w:r>
    </w:p>
    <w:p>
      <w:r>
        <w:t>二、有以下情况之一的考生不得参加考试</w:t>
      </w:r>
    </w:p>
    <w:p>
      <w:r>
        <w:t>（一）考试当天，正处于隔离治疗期的确诊病例、无症状感染者，隔离期未满的密切接触者、密接的密接，以及其他尚处于集中隔离、居家隔离、居家健康监测的考生；</w:t>
      </w:r>
    </w:p>
    <w:p>
      <w:r>
        <w:t>（二）粤康码为红码或黄码的考生；</w:t>
      </w:r>
    </w:p>
    <w:p>
      <w:r>
        <w:t>（三）不能提供考前24小时内核酸检测阴性证明（或考前48小时内的核酸检测阴性证明和考前24小时核酸采样记录）的考生；</w:t>
      </w:r>
    </w:p>
    <w:p>
      <w:r>
        <w:t>（四）身体异常，由考点防疫工作小组综合研判后认定为不能够参加考试的考生。</w:t>
      </w:r>
    </w:p>
    <w:p>
      <w:r>
        <w:t>三、考前注意事项</w:t>
      </w:r>
    </w:p>
    <w:p>
      <w:r>
        <w:t>（一）所有考生须于9月16日前注册粤康码，考前7天内和考试期间非必要不离深，避免参加聚会、聚餐等聚集性活动，减少进入人员密集的公共场所，乘坐公共交通工具时要做好个人防护，每日做好体温测量和健康状况监测。身体出现异常情况的，要及时报告考点。</w:t>
      </w:r>
    </w:p>
    <w:p>
      <w:r>
        <w:t>（二）做好考前准备及出行安排</w:t>
      </w:r>
    </w:p>
    <w:p>
      <w:r>
        <w:t>1.考生应提前了解考点入口位置和前往路线。</w:t>
      </w:r>
    </w:p>
    <w:p>
      <w:r>
        <w:t>2.考试当天，请考生至少提前1小时到达考点。</w:t>
      </w:r>
    </w:p>
    <w:p>
      <w:r>
        <w:t>3.进入考点时，要听从现场工作人员指挥，保持安全距离，自觉出示考前24小时内核酸检测阴性证明（或考前48小时内的核酸检测阴性证明和考前24小时核酸采样记录）及当天更新的“健康码”和“通信大数据行程卡”，并进行体温检测。</w:t>
      </w:r>
    </w:p>
    <w:p>
      <w:r>
        <w:t>4.体温低于37.3℃，且当日“健康码”“通信大数据行程卡”及核酸阴性证明无异常方可进入考点。第一次测量体温不合格的，可适当休息后使用其他设备或其他方式再次测量。仍不合格的，由考点医疗人员综合研判是否具备正常参加考试的条件，凡不具备相关条件的考生不得参加考试。</w:t>
      </w:r>
    </w:p>
    <w:p>
      <w:r>
        <w:t>四、考试期间防疫要求</w:t>
      </w:r>
    </w:p>
    <w:p>
      <w:r>
        <w:t>（一）所有考生到达考点须佩戴一次性医用或以上级别口罩，除进行人脸识别等必要的身份验证程序外，考试期间（笔试及口试）须全程规范佩戴口罩。</w:t>
      </w:r>
    </w:p>
    <w:p>
      <w:r>
        <w:t>（二）考生须配合完成入场检查，按规定通道前往考场，保持安全间距，在规定区域活动，考后及时离开。</w:t>
      </w:r>
    </w:p>
    <w:p>
      <w:r>
        <w:t>（三）如有相应症状或经检测发现有异常情况的考生，要服从考务人员管理，接受“不得参加考试”和“安排到隔离考场考试”等相关处置。</w:t>
      </w:r>
    </w:p>
    <w:p>
      <w:r>
        <w:t>五、其它要求</w:t>
      </w:r>
    </w:p>
    <w:p>
      <w:r>
        <w:t>（一）请考生认真阅读本须知，考试疫情防控措施将根据疫情形势变化适时调整，请考生持续密切关注深圳市招生考试办公室官网（https://szeb.sz.gov.cn/szzkw/深圳招考网）和官微发布的最新通知信息，以确保顺利赴考。</w:t>
      </w:r>
    </w:p>
    <w:p>
      <w:r>
        <w:t>（二）考生不配合考试防疫工作，不如实报告健康状况，隐瞒或谎报旅居史、接触史、健康状况等疫情防控信息，提供虚假防疫证明材料（信息）的，取消考试资格。造成不良后果的，依法追究其法律责任。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1243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