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本科结业能否作为前置学历？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2023-11-30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https://eea.gd.gov.cn/dawenku/zcwj/content/post_4292159.html</w:t>
        </w:r>
      </w:hyperlink>
    </w:p>
    <w:p/>
    <w:p>
      <w:r>
        <w:t>具有学历教育资格的高等学校的本科结业，可视同专科学历，可用于登记前置学历信息，办理自学考试本科毕业。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29215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