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广东省教育考试考务综合管理与网络服务项目第三方验收测评服务询价公告</w:t>
      </w:r>
    </w:p>
    <w:p>
      <w:r>
        <w:rPr>
          <w:sz w:val="18"/>
        </w:rPr>
        <w:t>整理归属  广东省教育考试院</w:t>
      </w:r>
    </w:p>
    <w:p>
      <w:r>
        <w:rPr>
          <w:sz w:val="18"/>
        </w:rPr>
        <w:t>发布日期  2022-12-19</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https://eea.gd.gov.cn/zfcg/content/post_4067799.html</w:t>
        </w:r>
      </w:hyperlink>
    </w:p>
    <w:p/>
    <w:p>
      <w:r>
        <w:t>广东省教育考试院就广东省教育考试考务综合管理与网络服务项目第三方验收测评服务（项目编号：YKY20221104069）进行询价采购，欢迎符合资格的供应商参加。有关事项如下：</w:t>
      </w:r>
    </w:p>
    <w:p>
      <w:r>
        <w:t>一、项目名称</w:t>
      </w:r>
    </w:p>
    <w:p>
      <w:r>
        <w:t>广东省教育考试考务综合管理与网络服务项目第三方验收测评服务。</w:t>
      </w:r>
    </w:p>
    <w:p>
      <w:r>
        <w:t>二、项目概述</w:t>
      </w:r>
    </w:p>
    <w:p>
      <w:r>
        <w:t>为进一步提升我省教育考试考务管理信息化水平，根据教育部《国家教育考试综合管理平台建设指南》等文件要求，广东省教育考试院于2019年启动了广东省教育考试考务综合管理与网络服务项目建设，实现对我省教育考试的数据广泛应用、考务全面覆盖、考情实时掌握、指挥即时高效的考务综合管理平台。广东省教育考试考务综合管理与网络服务项目包括考务网络、云资源、广东省教育考试考务综合管理平台及其他服务、安全服务、服务保障、短信平台建设及短信发送、运卷车监控设备硬件租用等建设内容。项目合同期限3年，从2019年5月合同签字盖章之日起至2022年5月止。</w:t>
      </w:r>
    </w:p>
    <w:p>
      <w:r>
        <w:t>本次采购第三方验收测评服务，为广东省教育考试考务综合管理与网络服务项目提供验收测评服务。</w:t>
      </w:r>
    </w:p>
    <w:p>
      <w:r>
        <w:t>三、服务内容及要求</w:t>
      </w:r>
    </w:p>
    <w:p>
      <w:r>
        <w:t>1.中标人应按照有关标准和项目相关建设文档，对广东省教育考试考务综合管理与网络服务项目提供整体测评，出具测试报告，为项目验收提供重要依据。</w:t>
      </w:r>
    </w:p>
    <w:p>
      <w:r>
        <w:t>2.根据国家、省有关标准及法律法规和相关行业、地方标准，按照广东省教育考试考务综合管理与网络服务项目的招标文件、合同及相关建设文档，检验项目是否完成建设任务，对没有完成的应逐项列出并说明理由，问题整改后再进行回归测试。</w:t>
      </w:r>
    </w:p>
    <w:p>
      <w:r>
        <w:t>3.供应商应保证为完成广东省教育考试考务综合管理与网络服务项目测评服务所使用的所有工具或软件不会有所有权和知识产权纠纷，并保证工具或软件可用性和可靠性。由此产生的一切责任由供应商负完全责任。</w:t>
      </w:r>
    </w:p>
    <w:p>
      <w:r>
        <w:t>4.本项目要求中标人制定测试计划，并提交《广东省教育考试考务综合管理与网络服务项目验收测评报告》。</w:t>
      </w:r>
    </w:p>
    <w:p>
      <w:r>
        <w:t>四、采购预算</w:t>
      </w:r>
    </w:p>
    <w:p>
      <w:r>
        <w:t>人民币80,000.00元</w:t>
      </w:r>
    </w:p>
    <w:p>
      <w:r>
        <w:t>五、资格条件</w:t>
      </w:r>
    </w:p>
    <w:p>
      <w:r>
        <w:t>1.报价人应具备《政府采购法》第二十二条规定的条件。</w:t>
      </w:r>
    </w:p>
    <w:p>
      <w:r>
        <w:t>2.报价人须是已报名并获取本项目询价文件的在中华人民共和国境内注册的法人、其他组织或自然人，提供有效的营业执照（或事业法人登记证或身份证等相关证明）副本复印件。分支机构参与谈判的，须提供总公司和分公司营业执照副本复印件，以及总公司出具给分支机构的授权书。</w:t>
      </w:r>
    </w:p>
    <w:p>
      <w:r>
        <w:t>3.具有中国合格评定国家认可委员会（CNAS）颁发的CNAS实验室认可证书或省级及以上的质量监督部门颁发的检验检测机构资质认定证书（CMA）。</w:t>
      </w:r>
    </w:p>
    <w:p>
      <w:r>
        <w:t>4.具有中国网络安全审查技术与认证中心颁发的信息系统信息安全风险评估证书。</w:t>
      </w:r>
    </w:p>
    <w:p>
      <w:r>
        <w:t>5.人员资质要求</w:t>
      </w:r>
    </w:p>
    <w:p>
      <w:r>
        <w:t>（1）中标人必须为本项目配备项目经理1名。项目经理全面负责安全测评服务合同履行、负责项目测评全过程工作。测评工作必须由具有相应资质和职称的人员来担任，要求同时具备信息系统项目管理师证书、系统分析师、软件工程造价师、软件评测师、注册信息安全专业人员CISP证书、信息安全保障人员认证证书。</w:t>
      </w:r>
    </w:p>
    <w:p>
      <w:r>
        <w:t>（2）测评工程师2名负责项目测评工作，要求一人同时具备软件评测师和信息安全保障人员认证证书；一人同时具备网络安全管理师和性能测试高级工程师证书。</w:t>
      </w:r>
    </w:p>
    <w:p>
      <w:r>
        <w:t>6.单位负责人为同一人或者存在直接控股、管理关系的不同供应商，不得同时参加本采购项目（包组）投标。为广东省教育考试考务综合管理与网络服务项目提供整体设计、规范编制或者项目管理、监理、检测等服务的供应商，不得再参与本项目投标。</w:t>
      </w:r>
    </w:p>
    <w:p>
      <w:r>
        <w:t>7.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8.本项目不接受联合体竞投。</w:t>
      </w:r>
    </w:p>
    <w:p>
      <w:r>
        <w:t>六、评审办法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七、报名截止时间及方式：</w:t>
      </w:r>
    </w:p>
    <w:p>
      <w:r>
        <w:t>1.报名截止时间：2022年12月21日12:00（北京时间）。</w:t>
      </w:r>
    </w:p>
    <w:p>
      <w:r>
        <w:t>2.报名方式：报名资料（提供统一社会信用代码扫描件、供应商及参与本项目测评人员的资质材料、联系人及联系方式等资料）需在截止时间内发送至邮箱gdsksy@eeagd.edu.cn，不收报名费。报名成功后询价文件将发送至报名邮箱。</w:t>
      </w:r>
    </w:p>
    <w:p>
      <w:r>
        <w:t>八、投标文件提交截止时间和提交地点</w:t>
      </w:r>
    </w:p>
    <w:p>
      <w:r>
        <w:t>1.投标文件提交时间和截止时间：</w:t>
      </w:r>
    </w:p>
    <w:p>
      <w:r>
        <w:t>投标文件提交时间：2022年12月26日14:30-15:30（注：2022年12月26日下午14:30开始接收投标文件）。</w:t>
      </w:r>
    </w:p>
    <w:p>
      <w:r>
        <w:t>投标文件提交截止时间：2022年12月26日上午15:30前。</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九、询价结果公布时间：2022年12月底前。</w:t>
      </w:r>
    </w:p>
    <w:p>
      <w:r>
        <w:t>十、联系人及联系电话：梁老师020-38627732</w:t>
      </w:r>
    </w:p>
    <w:p>
      <w:r>
        <w:t>广东省教育考试院办公室</w:t>
      </w:r>
    </w:p>
    <w:p>
      <w:r>
        <w:t>2022年12月19日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0677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