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广东省2026年普通专升本招生录取工作日程表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https://eea.gd.gov.cn/ptgk/content/post_4898163.html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https://eea.gd.gov.cn/news/content/post_4898330.html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普通专升本招生录取工作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5月20日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退役大学生士兵免文化课考试录取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5月21—24日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普通专升本、三二分段专升本投档录取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5月25—30日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普通专升本征集志愿、投档录取</w:t>
            </w:r>
          </w:p>
        </w:tc>
      </w:tr>
    </w:tbl>
    <w:p/>
    <w:p>
      <w:r>
        <w:t>注：录取工作日程表如有变动，请以具体通知为准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98163.html" TargetMode="External"/><Relationship Id="rId11" Type="http://schemas.openxmlformats.org/officeDocument/2006/relationships/hyperlink" Target="https://eea.gd.gov.cn/news/content/post_4898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