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https://szeb.sz.gov.cn/szzkw/zkcx/zxks/zkzy/bkcc/content/post_8949063.html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402d02a6dd66ba86af02c588e924d60fafb735a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402d02a6dd66ba86af02c588e924d60fafb735a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63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