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2024年全国硕士研究生招生考试本周末开考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2023-12-19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https://szeb.sz.gov.cn/szzkw/zkgg/ykxx/content/post_11055150.html</w:t>
        </w:r>
      </w:hyperlink>
    </w:p>
    <w:p/>
    <w:p>
      <w:r>
        <w:t>2024年全国硕士研究生招生考试将于本月23日至24日（星期六、日）举行。深圳市招考办报考点（代码：4411）考生34723人，在福田、罗湖和南山三区共设45个考点。</w:t>
      </w:r>
    </w:p>
    <w:p>
      <w:r>
        <w:t>考生须知</w:t>
      </w:r>
    </w:p>
    <w:p>
      <w:r>
        <w:t>1.考生须于考前十天左右，凭网报用户名和密码登录“研招网”自行下载打印本人《准考证》。《准考证》使用A4幅面白纸打印，正反两面在使用期间不得涂改或书写，一经发现按考试违规处理。</w:t>
      </w:r>
    </w:p>
    <w:p>
      <w:r>
        <w:t>2.请考生根据准考证上公布的考点信息提前查询考试地点，了解到达考点的交通路线，预留到达考点的时间。</w:t>
      </w:r>
    </w:p>
    <w:p>
      <w:r>
        <w:t>3.根据研究生考试规定，任何与考试无关的物品不得带入考点封闭区域，考点提供物品存放处，但不负责物品的保管。建议考生赴考时尽量不携带书包、手机、电子设备等与考试无关物品，尤其是贵重物品。</w:t>
      </w:r>
    </w:p>
    <w:p>
      <w:r>
        <w:t>4.考生要自行准备考试文具等用品。只准携带省教育考试院规定的考试用品，如黑色字迹签字笔、2b铅笔、橡皮等，或者按照招生单位在《准考证》上注明的所需携带的用具参加考试，必要时请主动展示准考证给监考员查看；参加招生单位自命题科目考试时，还须自备密封试题袋用的胶水。统考科目中除化学（农）（科目代码315）可使用具有对数及幂指数计算功能的科学计算器（不得使用带字典存储和编程功能的科学计算器），其他统考科目考试中不允许使用计算器。根据省教育考试院规定，主观题答题只能使用黑色字迹签字笔。</w:t>
      </w:r>
    </w:p>
    <w:p>
      <w:r>
        <w:t>5.统一命题的科目均在答题卡上答题，在草稿纸上答题一律无效。考生在领到试卷和答题卡后，须认真核对试卷、答题卡与本场考试科目、数量是否相符，是否有错装、漏装、错印、字迹不清、破损等情况，一旦发现问题，立即举手报告监考员。凡漏贴条形码、漏填、错填或者字迹不清的答卷将影响评卷结果，责任由考生自负。</w:t>
      </w:r>
    </w:p>
    <w:p>
      <w:r>
        <w:t>6.参加自命题科目考试的考生，考试结束后自行将试卷、答题纸（或者答卷）装入原试卷袋内密封并在袋口处签字。</w:t>
      </w:r>
    </w:p>
    <w:p>
      <w:r>
        <w:t>7.严禁将试卷、答题卡、答题纸、草稿纸等带出考场。如不遵守考场纪律，不服从考务工作人员管理，有违纪、作弊等行为的，将按照《中华人民共和国教育法》以及《国家教育考试违规处理办法》执行，并将记入国家教育考试考生诚信档案；涉嫌违法的，移送司法机关，依照《中华人民共和国刑法》等追究法律责任。</w:t>
      </w:r>
    </w:p>
    <w:p>
      <w:r>
        <w:t>8.开考15分钟后，迟到考生不准进入考场参加当科考试，交卷出场时间不得早于当科考试结束前30分钟。</w:t>
      </w:r>
    </w:p>
    <w:p>
      <w:r>
        <w:t>多措并举，严肃考风考纪</w:t>
      </w:r>
    </w:p>
    <w:p>
      <w:r>
        <w:t>1.考点在封闭区入口设置智能安检门，对考生进行违规物品检查。考生严禁携带书包、手机、电子设备等与考试无关物品进入封闭区。</w:t>
      </w:r>
    </w:p>
    <w:p>
      <w:r>
        <w:t>2.考场采用人脸识别技术核验考生身份，即在考生入场时，现场刷脸验证成功后才能进入考场参加考试，同时使用金属探测仪再次对考生进行检查。</w:t>
      </w:r>
    </w:p>
    <w:p>
      <w:r>
        <w:t>3.考场启动手机信号屏蔽系统。</w:t>
      </w:r>
    </w:p>
    <w:p>
      <w:r>
        <w:t>4.考试期间全程实行网上视频监控并录像备查。</w:t>
      </w:r>
    </w:p>
    <w:p>
      <w:r>
        <w:t>多部门联动，净化考试环境</w:t>
      </w:r>
    </w:p>
    <w:p>
      <w:r>
        <w:t>我市各有关部门积极配合，全力做好安全保密、考点环境综合整治、打击违纪舞弊等工作。无线电管理部门将出动无线电监测车，防范和打击利用无线电设备和通讯工具作弊的行为。公安部门将加强考点周边安全检查，组织民警实施考点周边巡查；加强网络信息监控，对有害网络信息进行搜索处理，打击网上涉嫌考试试题及答案泄密、贩卖作弊工具等违法犯罪行为；派驻干警到各考点协助维护秩序及做好突发事件的防范和处理工作。</w:t>
      </w:r>
    </w:p>
    <w:p>
      <w:r>
        <w:t>严重作弊将入刑</w:t>
      </w:r>
    </w:p>
    <w:p>
      <w:r>
        <w:t>从2015年开始，国家加大了对教育考试违纪作弊行为的处理力度，《中华人民共和国刑法修正案（九）》已于2015年11月正式实施，其中第284条明确规定：在法律规定的国家考试中，组织作弊的，为他人实施作弊提供作弊器材或者其他帮助的，为实施考试作弊行为，向他人非法出售或提供考试的试题、答案的，代替他人或者让他人代替自己参加考试的，都是犯罪行为，情节严重的，最高可判7年有期徒刑。凡违规作弊者按《国家教育考试违规处理办法》（教育部第33号令）处理，并通报考生所在单位外，考试作弊的，还将涉嫌犯罪。希望每位考生都能遵守考生守则，公平竞争、诚信应考，不要寻找“枪手”替考，不要寄希望于“夹带”，不要试图利用无线通信工具作弊。考生作弊的情节不但记入考生诚信档案，还将录入其人事档案，将对其今后升学和就业产生不良影响。</w:t>
      </w:r>
    </w:p>
    <w:p>
      <w:r>
        <w:t>其他事项</w:t>
      </w:r>
    </w:p>
    <w:p>
      <w:r>
        <w:t>1.考生要主动接受考点按规定进行的身份核验、使用安检门及金属探测仪进行的入场检查。</w:t>
      </w:r>
    </w:p>
    <w:p>
      <w:r>
        <w:t>2.请留意考试期间天气预报，做好防寒保暖，确保人身安全。</w:t>
      </w:r>
    </w:p>
    <w:p>
      <w:r>
        <w:t>3.请考生自觉维护考点校园环境卫生。</w:t>
      </w:r>
    </w:p>
    <w:p>
      <w:r>
        <w:drawing>
          <wp:inline xmlns:a="http://schemas.openxmlformats.org/drawingml/2006/main" xmlns:pic="http://schemas.openxmlformats.org/drawingml/2006/picture">
            <wp:extent cx="6400800" cy="76326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af228fb416d244c294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632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36390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fbe58975f89afb945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3639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483273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68909449d8cd39fb4b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483273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1105515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