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事关高考，致全体市民一封信！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2024-06-04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https://szeb.sz.gov.cn/szzkw/zkgg/gkxx/content/post_11339796.html</w:t>
        </w:r>
      </w:hyperlink>
    </w:p>
    <w:p/>
    <w:p>
      <w:r>
        <w:t>高考临近</w:t>
      </w:r>
    </w:p>
    <w:p>
      <w:r>
        <w:t>万千考生迎来</w:t>
      </w:r>
    </w:p>
    <w:p>
      <w:r>
        <w:t>追逐梦想的重要时刻</w:t>
      </w:r>
    </w:p>
    <w:p>
      <w:r>
        <w:t>为助力高考顺利进行</w:t>
      </w:r>
    </w:p>
    <w:p>
      <w:r>
        <w:t>一起来看</w:t>
      </w:r>
    </w:p>
    <w:p>
      <w:r>
        <w:t>致广大深圳市民朋友的一封信</w:t>
      </w:r>
    </w:p>
    <w:p>
      <w:r>
        <w:t>↓↓↓</w:t>
      </w:r>
    </w:p>
    <w:p>
      <w:r>
        <w:t>亲爱的市民朋友们：</w:t>
      </w:r>
    </w:p>
    <w:p>
      <w:r>
        <w:t>自强不息怀壮志，厚德载物携梦行。又到一年高考季，2024年高考将于6月7日至9日进行，广大考生即将怀揣梦想奔赴考场，书写青春绚丽的一页。为给考生们营造安静舒适、健康文明、充满爱心的学习、考试和休息环境，实现平安高考的目标，我们向全体市民朋友诚挚倡议：</w:t>
      </w:r>
    </w:p>
    <w:p>
      <w:r>
        <w:t>一、平安高考，绿色出行。今年高考恰逢端午假期，倡导广大市民朋友出行尽量避开考生入场、散场时间，驾车出行请尽量避开考场周边道路，经过考点时请自觉遵守交通规则，减速慢行不按喇叭，不停车逗留、聚集，尽量减少噪音影响。家长朋友如驾车接送考生，请您在送完考生后，及时将车辆驶离考点。高考期间，考点附近路段如遇交通繁忙或拥堵，请广大市民礼让考生和考务工作人员先行，若考生赶赴考点时遇到困难，请及时给予帮助和关爱。机动车辆如遇考场周边道路临时交通管制（封控、限行等），请自觉配合公安交警指挥，为考生创造安全、畅通的交通环境。</w:t>
      </w:r>
    </w:p>
    <w:p>
      <w:r>
        <w:t>二、温馨高考，降音降噪。高考期间，请各施工单位尽可能错峰安排作业时间，施工中不产生扰民噪声，夜间停止施工。请商家严格控制音响音量，缩短播放时间，最大限度降低噪声；请考点周边和居民小区暂停装修；请市民朋友尽量将家中的电视、音响等电器音量调低；请尽量降低广场舞、体育锻炼等文体活动的音量，为考生创造安静的备考、应考环境。</w:t>
      </w:r>
    </w:p>
    <w:p>
      <w:r>
        <w:t>三、公平高考，同心协力。考试期间，由于各考点将开启无线电5G信号屏蔽，可能会给您的通信信号带来一定影响，请理解包涵。请大家关注官方媒体发布的高考信息，不信谣、不传谣，不断章取义、不片面解读，不随意发布或传播涉考文字、图片和视频，保障高考考试工作有序进行，共同营造良好的考试舆论氛围和公平公正的考试环境。</w:t>
      </w:r>
    </w:p>
    <w:p>
      <w:r>
        <w:t>十年磨一剑，今朝试锋芒！广大市民朋友们，让我们携手接过护航高考的“接力棒”，尽点滴之力，为考生送出一份关爱、一份温馨，共同助力广大考生追梦圆梦。祝所有考生执笔为剑、落笔生辉，梦想成真、金榜题名！祝广大市民朋友幸福安康！</w:t>
      </w:r>
    </w:p>
    <w:p>
      <w:r>
        <w:t>深圳市教育局</w:t>
      </w:r>
    </w:p>
    <w:p>
      <w:r>
        <w:t>2024年6月4日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133979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