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外省户籍入户广东多久才能报考广东省普通专升本？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2025-01-15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https://eea.gd.gov.cn/dawenku/ksbk/content/post_4655189.html</w:t>
        </w:r>
      </w:hyperlink>
    </w:p>
    <w:p/>
    <w:p>
      <w:r>
        <w:t>按照现行政策，符合以下条件之一的广东户籍考生可以报考我省普通专升本：</w:t>
      </w:r>
    </w:p>
    <w:p>
      <w:r>
        <w:t>1.具有广东省户籍的普通高校应届专科毕业生。</w:t>
      </w:r>
    </w:p>
    <w:p>
      <w:r>
        <w:t>2.具有广东省户籍，且在报名时具有广东省户籍连续满3年（未满3年的，需在广东省参加普通高考且高考报名时为广东户籍）的普通高校往届专科毕业生。</w:t>
      </w:r>
    </w:p>
    <w:p>
      <w:r>
        <w:t>3.具有广东省户籍，且在报名时具有广东省户籍连续满3年，同时在我省依法参加社会保险（仅限基本医疗保险、基本养老保险）缴费累计1年以上（含1年），在截止日期前取得国家承认学历的专科毕业生（含成人教育、自学考试、网络教育）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65518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