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深圳市2026年普通高中名额分配批次录取顺利结束</w:t>
      </w:r>
    </w:p>
    <w:p>
      <w:r>
        <w:rPr>
          <w:sz w:val="18"/>
        </w:rPr>
        <w:t>整理归属  深圳市招生考试办公室</w:t>
      </w:r>
    </w:p>
    <w:p>
      <w:r>
        <w:rPr>
          <w:sz w:val="18"/>
        </w:rPr>
        <w:t>发布日期  2026-07-25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https://szeb.sz.gov.cn/szzkw/qt/tzgg/content/post_12909629.html</w:t>
        </w:r>
      </w:hyperlink>
    </w:p>
    <w:p>
      <w:r>
        <w:t xml:space="preserve">同文来源  </w:t>
      </w:r>
      <w:hyperlink r:id="rId11">
        <w:r>
          <w:rPr>
            <w:color w:val="18548A"/>
          </w:rPr>
          <w:t>https://szeb.sz.gov.cn/szzkw/zkgg/zkxx/content/post_12909626.html</w:t>
        </w:r>
      </w:hyperlink>
    </w:p>
    <w:p/>
    <w:p>
      <w:r>
        <w:t>2026年7月25日下午，深圳市普通高中名额分配（原“指标生”）批次录取工作圆满结束。7月25日下午3：30后，考生可登录深圳招考网招考服务栏目（网址：https://szeb.sz.gov.cn/szzkw/zkfw/）查询录取结果。</w:t>
      </w:r>
    </w:p>
    <w:p>
      <w:r>
        <w:t>今年，全市所有公办普通高中继续将本校招生计划的50%作为名额分配计划分配到全市所有公民办初中学校，进一步促进教育均衡发展，保障教育公平。</w:t>
      </w:r>
    </w:p>
    <w:p>
      <w:r>
        <w:t>名额分配录取规则</w:t>
      </w:r>
    </w:p>
    <w:p>
      <w:r>
        <w:t>填报公办普高名额分配志愿且达到该校名额分配录取控制线的考生，按“分数优先”原则进行名额分配批次投档，当该生填报的公办普高分配给该生所在初中学校（或所在区）的名额分配计划未录满时，即投档成功；如遇考生中考总分相同的情况，则进行“同分比较”优先投档；省一级公办普高所录取名额分配生的语文、数学、英语、物理与化学、历史、道法单科等级须在C+以上（含C+），体育单科等级为C以上（含C）。</w:t>
      </w:r>
    </w:p>
    <w:p>
      <w:r>
        <w:t>名额分配批次录取结束后，各初中学校未完成的名额分配计划自动失效。各公办普高未完成的名额分配计划自动转为统招生计划在第一批次进行录取。</w:t>
      </w:r>
    </w:p>
    <w:p>
      <w:r>
        <w:t>录取结果查询与后续安排</w:t>
      </w:r>
    </w:p>
    <w:p>
      <w:r>
        <w:t>考生可登录深圳招考网查询录取结果。已被名额分配批次录取的考生，不再参与后续批次投档。未被录取的考生，仍可继续参加统招第一批及后续批次志愿的录取。</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09629.html" TargetMode="External"/><Relationship Id="rId11" Type="http://schemas.openxmlformats.org/officeDocument/2006/relationships/hyperlink" Target="https://szeb.sz.gov.cn/szzkw/zkgg/zkxx/content/post_129096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