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华南理工大学等4所高校公布2026年广东省综合评价招生简章</w:t>
      </w:r>
    </w:p>
    <w:p>
      <w:r>
        <w:rPr>
          <w:sz w:val="18"/>
        </w:rPr>
        <w:t>整理归属  广东省教育考试院</w:t>
      </w:r>
    </w:p>
    <w:p>
      <w:r>
        <w:rPr>
          <w:sz w:val="18"/>
        </w:rPr>
        <w:t>发布日期  2026-04-02</w:t>
      </w:r>
    </w:p>
    <w:p>
      <w:r>
        <w:rPr>
          <w:sz w:val="18"/>
        </w:rPr>
        <w:t>来源  广东省教育考试院</w:t>
      </w:r>
    </w:p>
    <w:p>
      <w:r>
        <w:rPr>
          <w:sz w:val="18"/>
        </w:rPr>
        <w:t>栏目  院校园地</w:t>
      </w:r>
    </w:p>
    <w:p>
      <w:r>
        <w:rPr>
          <w:sz w:val="18"/>
        </w:rPr>
        <w:t>存档日期  2026-10-27</w:t>
      </w:r>
    </w:p>
    <w:p>
      <w:r>
        <w:t xml:space="preserve">原文链接  </w:t>
      </w:r>
      <w:hyperlink r:id="rId10">
        <w:r>
          <w:rPr>
            <w:color w:val="18548A"/>
          </w:rPr>
          <w:t>https://eea.gd.gov.cn/zwgk_yxyd/content/post_4878021.html</w:t>
        </w:r>
      </w:hyperlink>
    </w:p>
    <w:p>
      <w:r>
        <w:t xml:space="preserve">同文来源  </w:t>
      </w:r>
      <w:hyperlink r:id="rId11">
        <w:r>
          <w:rPr>
            <w:color w:val="18548A"/>
          </w:rPr>
          <w:t>https://eea.gd.gov.cn/ptgk/content/post_4877939.html</w:t>
        </w:r>
      </w:hyperlink>
    </w:p>
    <w:p/>
    <w:p>
      <w:r>
        <w:t>2026年我省继续在相关高校开展综合评价招生录取模式试点工作。其中，华南理工大学等4所高校已制定2026年广东省综合评价招生简章，现予以公布（见附件）。</w:t>
      </w:r>
    </w:p>
    <w:p>
      <w:r>
        <w:t>报考综合评价招生的考生需按高校公布的招生简章报名并提供报考材料，报名通过后参加学校综合素质测试。学校根据考生高考成绩、综合素质测试成绩、高中学业水平考试成绩，按招生简章公布的折算办法最终构成考生的综合成绩。录取时，按考生综合成绩择优录取。请考生登录各招生高校网站，了解报考有关情况介绍及安排。</w:t>
      </w:r>
    </w:p>
    <w:p>
      <w:r>
        <w:t>1.华南理工大学2026年广东省综合评价招生简章</w:t>
      </w:r>
    </w:p>
    <w:p>
      <w:r>
        <w:t>2.南方科技大学2026年综合评价招生简章</w:t>
      </w:r>
    </w:p>
    <w:p>
      <w:r>
        <w:t>3.北师香港浸会大学2026年广东省综合评价招生录取简章</w:t>
      </w:r>
    </w:p>
    <w:p>
      <w:r>
        <w:t>4.深圳北理莫斯科大学2026年广东省综合评价招生简章</w:t>
      </w:r>
    </w:p>
    <w:p>
      <w:pPr>
        <w:pStyle w:val="Heading1"/>
      </w:pPr>
      <w:r>
        <w:t>附件及下载链接</w:t>
      </w:r>
    </w:p>
    <w:p>
      <w:hyperlink r:id="rId12">
        <w:r>
          <w:rPr>
            <w:color w:val="18548A"/>
          </w:rPr>
          <w:t>1.华南理工大学2026年广东省综合评价招生简章</w:t>
        </w:r>
      </w:hyperlink>
    </w:p>
    <w:p>
      <w:r>
        <w:rPr>
          <w:sz w:val="16"/>
        </w:rPr>
        <w:t>https://eea.gd.gov.cn/attachment/0/610/610216/4878021.pdf</w:t>
      </w:r>
    </w:p>
    <w:p>
      <w:hyperlink r:id="rId13">
        <w:r>
          <w:rPr>
            <w:color w:val="18548A"/>
          </w:rPr>
          <w:t>2.南方科技大学2026年综合评价招生简章</w:t>
        </w:r>
      </w:hyperlink>
    </w:p>
    <w:p>
      <w:r>
        <w:rPr>
          <w:sz w:val="16"/>
        </w:rPr>
        <w:t>https://eea.gd.gov.cn/attachment/0/610/610217/4878021.pdf</w:t>
      </w:r>
    </w:p>
    <w:p>
      <w:hyperlink r:id="rId14">
        <w:r>
          <w:rPr>
            <w:color w:val="18548A"/>
          </w:rPr>
          <w:t>3.北师香港浸会大学2026年广东省综合评价招生录取简章</w:t>
        </w:r>
      </w:hyperlink>
    </w:p>
    <w:p>
      <w:r>
        <w:rPr>
          <w:sz w:val="16"/>
        </w:rPr>
        <w:t>https://eea.gd.gov.cn/attachment/0/610/610218/4878021.pdf</w:t>
      </w:r>
    </w:p>
    <w:p>
      <w:hyperlink r:id="rId15">
        <w:r>
          <w:rPr>
            <w:color w:val="18548A"/>
          </w:rPr>
          <w:t>4.深圳北理莫斯科大学2026年广东省综合评价招生简章</w:t>
        </w:r>
      </w:hyperlink>
    </w:p>
    <w:p>
      <w:r>
        <w:rPr>
          <w:sz w:val="16"/>
        </w:rPr>
        <w:t>https://eea.gd.gov.cn/attachment/0/610/610220/4878021.pdf</w:t>
      </w:r>
    </w:p>
    <w:p>
      <w:pPr>
        <w:pStyle w:val="Heading1"/>
      </w:pPr>
      <w:r>
        <w:t>正文相关链接</w:t>
      </w:r>
    </w:p>
    <w:p>
      <w:hyperlink r:id="rId16">
        <w:r>
          <w:rPr>
            <w:color w:val="18548A"/>
          </w:rPr>
          <w:t>1.华南理工大学2026年广东省综合评价招生简章</w:t>
        </w:r>
      </w:hyperlink>
    </w:p>
    <w:p>
      <w:r>
        <w:t>https://eea.gd.gov.cn/attachment/0/610/610216/4877939.pdf</w:t>
      </w:r>
    </w:p>
    <w:p>
      <w:hyperlink r:id="rId17">
        <w:r>
          <w:rPr>
            <w:color w:val="18548A"/>
          </w:rPr>
          <w:t>2.南方科技大学2026年综合评价招生简章</w:t>
        </w:r>
      </w:hyperlink>
    </w:p>
    <w:p>
      <w:r>
        <w:t>https://eea.gd.gov.cn/attachment/0/610/610217/4877939.pdf</w:t>
      </w:r>
    </w:p>
    <w:p>
      <w:hyperlink r:id="rId18">
        <w:r>
          <w:rPr>
            <w:color w:val="18548A"/>
          </w:rPr>
          <w:t>3.北师香港浸会大学2026年广东省综合评价招生录取简章</w:t>
        </w:r>
      </w:hyperlink>
    </w:p>
    <w:p>
      <w:r>
        <w:t>https://eea.gd.gov.cn/attachment/0/610/610218/4877939.pdf</w:t>
      </w:r>
    </w:p>
    <w:p>
      <w:hyperlink r:id="rId19">
        <w:r>
          <w:rPr>
            <w:color w:val="18548A"/>
          </w:rPr>
          <w:t>4.深圳北理莫斯科大学2026年广东省综合评价招生简章</w:t>
        </w:r>
      </w:hyperlink>
    </w:p>
    <w:p>
      <w:r>
        <w:t>https://eea.gd.gov.cn/attachment/0/610/610220/4877939.pdf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wgk_yxyd/content/post_4878021.html" TargetMode="External"/><Relationship Id="rId11" Type="http://schemas.openxmlformats.org/officeDocument/2006/relationships/hyperlink" Target="https://eea.gd.gov.cn/ptgk/content/post_4877939.html" TargetMode="External"/><Relationship Id="rId12" Type="http://schemas.openxmlformats.org/officeDocument/2006/relationships/hyperlink" Target="https://eea.gd.gov.cn/attachment/0/610/610216/4878021.pdf" TargetMode="External"/><Relationship Id="rId13" Type="http://schemas.openxmlformats.org/officeDocument/2006/relationships/hyperlink" Target="https://eea.gd.gov.cn/attachment/0/610/610217/4878021.pdf" TargetMode="External"/><Relationship Id="rId14" Type="http://schemas.openxmlformats.org/officeDocument/2006/relationships/hyperlink" Target="https://eea.gd.gov.cn/attachment/0/610/610218/4878021.pdf" TargetMode="External"/><Relationship Id="rId15" Type="http://schemas.openxmlformats.org/officeDocument/2006/relationships/hyperlink" Target="https://eea.gd.gov.cn/attachment/0/610/610220/4878021.pdf" TargetMode="External"/><Relationship Id="rId16" Type="http://schemas.openxmlformats.org/officeDocument/2006/relationships/hyperlink" Target="https://eea.gd.gov.cn/attachment/0/610/610216/4877939.pdf" TargetMode="External"/><Relationship Id="rId17" Type="http://schemas.openxmlformats.org/officeDocument/2006/relationships/hyperlink" Target="https://eea.gd.gov.cn/attachment/0/610/610217/4877939.pdf" TargetMode="External"/><Relationship Id="rId18" Type="http://schemas.openxmlformats.org/officeDocument/2006/relationships/hyperlink" Target="https://eea.gd.gov.cn/attachment/0/610/610218/4877939.pdf" TargetMode="External"/><Relationship Id="rId19" Type="http://schemas.openxmlformats.org/officeDocument/2006/relationships/hyperlink" Target="https://eea.gd.gov.cn/attachment/0/610/610220/487793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