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2021年10月自学考试温馨提示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https://szeb.sz.gov.cn/szzkw/zkgg/zkxx1/content/post_9254547.html</w:t>
        </w:r>
      </w:hyperlink>
    </w:p>
    <w:p/>
    <w:p>
      <w:r>
        <w:t>2021年10月自学考试将于10月16日至17日举行，市招考办温馨提醒：</w:t>
      </w:r>
    </w:p>
    <w:p>
      <w:r>
        <w:t>一、考点将在校门口对考生进行防疫检查，包括健康码、行程卡、健康申报表、离深考生还需72小时核酸检测阴性证明。为避免因防疫检查造成拥堵，影响入场时间，请考生提前到达考点候检。</w:t>
      </w:r>
    </w:p>
    <w:p>
      <w:r>
        <w:t>二、进场排队候检时，请考生戴好口罩、保持距离，做好个人防护。</w:t>
      </w:r>
    </w:p>
    <w:p>
      <w:r>
        <w:t>三、根据省教育考试院要求，考前14天内，离开考点所在地级市的，或出现发热、干咳、乏力、鼻塞、流涕、咽痛、腹泻等身体状况异常的，须在参加考试时向相关考点提供考前72小时内核酸检测阴性证明，未按要求提供核酸检测阴性证明的，一律不得入场考试。</w:t>
      </w:r>
    </w:p>
    <w:p>
      <w:r>
        <w:t>四、受近期台风影响，请考生密切留意天气动态，提前规划好交通路线，把握好时间，注意安全，按时赴考。</w:t>
      </w:r>
    </w:p>
    <w:p>
      <w:r>
        <w:t>五、考点不提供停车位，请考生合理安排好出行方式。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545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