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广东省2022年4月自学考试延期考试疫情防控考生须知（修订）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https://eea.gd.gov.cn/tzgg/content/post_3961735.html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https://eea.gd.gov.cn/zxks/content/post_3961736.html</w:t>
        </w:r>
      </w:hyperlink>
    </w:p>
    <w:p/>
    <w:p>
      <w:r>
        <w:t>2022年4月自学考试延期考试将于7月16-17日举行。根据国家和省的最新防疫政策，为确保广大参考人员的生命健康安全，确保考生顺利赴考，我院对本次考试防疫要求进行了修订，请广大考生熟知并认真遵照执行。</w:t>
      </w:r>
    </w:p>
    <w:p>
      <w:r>
        <w:t>一、所有考生须注册“粤（穗）康码”（以下简称“粤康码”）。“粤康码”非绿码的考生，应及时到相关部门核实。打印准考证时须在自学考试管理系统中如实填报“粤康码”状态等信息。</w:t>
      </w:r>
    </w:p>
    <w:p>
      <w:r>
        <w:t>二、考生须进行考前10天自我健康观察，每日如实在广东省教育考试院官微中进行健康情况申报(申报说明见附件1），同时如实填写考前10天个人健康信息申报表（见附件2），并在参加每场考试时提交考点工作人员。</w:t>
      </w:r>
    </w:p>
    <w:p>
      <w:r>
        <w:t>三、考生应了解考点所在地疫情防控相关要求，考前10天非必要不离开考点所在地级市。所有考生须按照考点属地政府疫情防控政策执行。</w:t>
      </w:r>
    </w:p>
    <w:p>
      <w:r>
        <w:t>四、所有考生进入考点时，必须粤康码为绿码，提供本次考试首日前48小时内核酸检测阴性证明（即显示检测结果时间在7月14日零时后。电子或纸质均可，下同），现场测量体温正常（体温&lt;37.3℃)。</w:t>
      </w:r>
    </w:p>
    <w:p>
      <w:r>
        <w:t>五、考生有以下情况之一的，不得参加考试。</w:t>
      </w:r>
    </w:p>
    <w:p>
      <w:r>
        <w:t>（一）正处于隔离治疗期的确诊病例、无症状感染者，以及隔离（监测）期未满的密切接触者、密切接触者的密切接触者、入境人员；</w:t>
      </w:r>
    </w:p>
    <w:p>
      <w:r>
        <w:t>（二）有国内中、高风险地区旅居史且隔离（监测）期未满的;</w:t>
      </w:r>
    </w:p>
    <w:p>
      <w:r>
        <w:t>（三）粤康码为红码或黄码的；</w:t>
      </w:r>
    </w:p>
    <w:p>
      <w:r>
        <w:t>（四）不能提供考前48小时内核酸检测阴性证明的；</w:t>
      </w:r>
    </w:p>
    <w:p>
      <w:r>
        <w:t>（五）现场测量体温不正常（体温≥37.3℃），在临时观察区适当休息后，再次测量体温仍然不正常的;</w:t>
      </w:r>
    </w:p>
    <w:p>
      <w:r>
        <w:t>（六）不符合考点所在地地级市政府疫情防控政策相关要求的；</w:t>
      </w:r>
    </w:p>
    <w:p>
      <w:r>
        <w:t>（七）其他情况由现场卫生防疫人员研判后认定为不能够参加考试的。</w:t>
      </w:r>
    </w:p>
    <w:p>
      <w:r>
        <w:t>六、考生进入考点时均要佩戴一次性医用或以上级别口罩，向考点工作人员出示手机上的“粤康码”绿码，接受准考证、身份证、“粤康码”核查，提交健康信息申报表。进入考场前将手机放在指定地方。</w:t>
      </w:r>
    </w:p>
    <w:p>
      <w: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七、考生进入考场前应用速干手消毒剂进行手消毒或者洗手；进入备用隔离考场的，必须用速干手消毒剂进行手消毒，且考试过程应全程佩戴口罩。</w:t>
      </w:r>
    </w:p>
    <w:p>
      <w:r>
        <w:t>八、实施常态化防控措施区域的考生，在进入考场前要佩戴口罩，进入考场就座后，可自行决定是否继续佩戴；若考点属地防疫政策另有要求的，按属地防疫要求执行。考生进行身份核验时须摘除口罩，不得因为佩戴口罩影响身份核验。</w:t>
      </w:r>
    </w:p>
    <w:p>
      <w:r>
        <w:t>九、考试结束后，考生要按监考员的指令有序离场，保持人员间距，减少交谈。考点可安排各考场错峰离场。</w:t>
      </w:r>
    </w:p>
    <w:p>
      <w:r>
        <w:t>十、考生报考2022年4月自学考试延期考试因疫情防控需要而未能参加考试的，不纳入自学考试诚信报考档案，可按规定正常报考下一次自学考试。</w:t>
      </w:r>
    </w:p>
    <w:p>
      <w:r>
        <w:t>十一、考试疫情防控措施根据疫情形势政策会有相应调整。请考生持续密切关注广东省教育考试院网站（http://eea.gd.gov.cn/）、微信公众号（gdsjyksy)，以及本人所在考区官网、微信公众号发布的最新通知信息，以确保顺利赴考。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https://eea.gd.gov.cn/attachment/0/492/492844/3961735.doc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https://eea.gd.gov.cn/attachment/0/492/492844/3961736.doc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61735.html" TargetMode="External"/><Relationship Id="rId11" Type="http://schemas.openxmlformats.org/officeDocument/2006/relationships/hyperlink" Target="https://eea.gd.gov.cn/zxks/content/post_3961736.html" TargetMode="External"/><Relationship Id="rId12" Type="http://schemas.openxmlformats.org/officeDocument/2006/relationships/hyperlink" Target="https://eea.gd.gov.cn/attachment/0/492/492844/3961735.doc" TargetMode="External"/><Relationship Id="rId13" Type="http://schemas.openxmlformats.org/officeDocument/2006/relationships/hyperlink" Target="https://eea.gd.gov.cn/attachment/0/492/492844/396173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