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广东省教育考试院2017年预算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2017-03-08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信息公开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https://eea.gd.gov.cn/zwgk_xxgk/content/post_2218941.html</w:t>
        </w:r>
      </w:hyperlink>
    </w:p>
    <w:p/>
    <w:p>
      <w:r>
        <w:t>详见附件。</w:t>
      </w:r>
    </w:p>
    <w:p>
      <w:r>
        <w:t>广东省教育考试院2017年预算.zip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广东省教育考试院2017年预算.zip</w:t>
        </w:r>
      </w:hyperlink>
    </w:p>
    <w:p>
      <w:r>
        <w:rPr>
          <w:sz w:val="16"/>
        </w:rPr>
        <w:t>https://eea.gd.gov.cn/attachment/0/329/329842/2218941.zip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/content/post_2218941.html" TargetMode="External"/><Relationship Id="rId11" Type="http://schemas.openxmlformats.org/officeDocument/2006/relationships/hyperlink" Target="https://eea.gd.gov.cn/attachment/0/329/329842/2218941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