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关于公布2024年第二次普通高中学业水平合格性考试成绩的通知</w:t>
      </w:r>
    </w:p>
    <w:p>
      <w:r>
        <w:rPr>
          <w:sz w:val="18"/>
        </w:rPr>
        <w:t>整理归属  深圳市招生考试办公室</w:t>
      </w:r>
    </w:p>
    <w:p>
      <w:r>
        <w:rPr>
          <w:sz w:val="18"/>
        </w:rPr>
        <w:t>发布日期  2024-08-28</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https://szeb.sz.gov.cn/szzkw/zkgg/gkxx/content/post_11527691.html</w:t>
        </w:r>
      </w:hyperlink>
    </w:p>
    <w:p/>
    <w:p>
      <w:r>
        <w:t>粤考院函〔2024〕97号</w:t>
      </w:r>
    </w:p>
    <w:p>
      <w:r>
        <w:t>各地级以上市招生办公室（考试中心、考试院）：</w:t>
      </w:r>
    </w:p>
    <w:p>
      <w:r>
        <w:t>我省2024年第二次普通高中学业水平合格性考试（以下简称高中学考）评卷工作已全部完成，现将考试成绩公布有关事宜通知如下：</w:t>
      </w:r>
    </w:p>
    <w:p>
      <w:r>
        <w:t>一、成绩公布时间和方式</w:t>
      </w:r>
    </w:p>
    <w:p>
      <w:r>
        <w:t>我院将于2024年9月3日10:00起发布2024年第二次高中学考成绩，考生可通过广东省教育考试院官微（ID：gdsksy）小程序、百度智能小程序或通过“广东招考在线”小程序查询成绩。9月26日10:00起，考生可以通过省教育考试院官微小程序、百度智能小程序自行下载并打印2024年第二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三、成绩复查程序和方式</w:t>
      </w:r>
    </w:p>
    <w:p>
      <w:r>
        <w:t>（一）申请复查。考生在获得考试成绩后，如对本人当次考试某科成绩有疑问，可于9月6日17：00前携带准考证，到所在中学或当地县（市、区）招生办公室（考试中心、考试院）提出复查成绩的书面申请，填写《2024年第二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9月10日前登录广东省普通高中学业水平合格性考试报名管理系统，选择数据维护菜单栏下的考生成绩复查功能，按要求输入申请复查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考试院），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要求，按照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自行下载打印），各有关省学业水平考试管理部门可在广东省教育考试院网站首页“报名报考”条目进入“高中学考—证书验证”（网址：http://www.eeagd.edu.cn/dzyz），对考生提交的成绩证书（电子版）进行验证。</w:t>
      </w:r>
    </w:p>
    <w:p>
      <w:r>
        <w:t>六、考生密码遗忘找回办法</w:t>
      </w:r>
    </w:p>
    <w:p>
      <w:r>
        <w:t>考生密码遗忘，可通过广东省普通高考/学考报名系统的考生端(https://pg.eeagd.edu.cn/ks），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需到原报名点或县、市招考机构进行手机号码解绑和密码重置。</w:t>
      </w:r>
    </w:p>
    <w:p>
      <w:r>
        <w:t>附件：1.广东省2024年第二次普通高中学业水平考试成绩查询方式</w:t>
      </w:r>
    </w:p>
    <w:p>
      <w:r>
        <w:t>2.广东省2024年第二次普通高中学业水平考试考生成绩复查申请登记表</w:t>
      </w:r>
    </w:p>
    <w:p>
      <w:r>
        <w:t>（来源：广东省教育考试院）</w:t>
      </w:r>
    </w:p>
    <w:p>
      <w:r>
        <w:t>附件1.广东省2024年第二次普通高中学业水平合格性考试成绩查询方式</w:t>
      </w:r>
    </w:p>
    <w:p>
      <w:r>
        <w:t>一、官微小程序查询方式</w:t>
      </w:r>
    </w:p>
    <w:p>
      <w:r>
        <w:t>考生于9月3日10：00起，登录广东省教育考试院官方微信（ID：gdsksy），点击“小程序”，选择“考试成绩”查询成绩；9月26日10：00起，登录广东省教育考试院官方微信（ID：gdsksy），点击“小程序”，选择“证书打印”可下载、自行打印成绩证书。</w:t>
      </w:r>
    </w:p>
    <w:p>
      <w:r>
        <w:t>二、百度小程序查询方式</w:t>
      </w:r>
    </w:p>
    <w:p>
      <w:r>
        <w:t>考生于9月3日10：00起，通过百度App搜索“广东省教育考试院”，打开“广东省教育考试院—智能小程序”，点击“考试成绩”，输入考生号和密码登录查询成绩。9月26日10：00起，通过百度App打开“广东省教育考试院—智能小程序”，点击“证书打印”，通过考生号和密码登录，可下载成绩证书并自行打印。</w:t>
      </w:r>
    </w:p>
    <w:p>
      <w:r>
        <w:t>三、“广东招考在线”小程序查询方式</w:t>
      </w:r>
    </w:p>
    <w:p>
      <w:r>
        <w:t>考生于9月3日10：00起，通过微信搜索进入“广东招考在线”小程序，点击“成绩查询”，选择考生对应的考试类别，按指引查询考试成绩。</w:t>
      </w:r>
    </w:p>
    <w:p>
      <w:r>
        <w:t>附件2.广东省2024年第二次普通高中学业水平考试考生成绩复查申请登记表.wps</w:t>
      </w:r>
    </w:p>
    <w:p>
      <w:pPr>
        <w:pStyle w:val="Heading1"/>
      </w:pPr>
      <w:r>
        <w:t>附件及下载链接</w:t>
      </w:r>
    </w:p>
    <w:p>
      <w:hyperlink r:id="rId11">
        <w:r>
          <w:rPr>
            <w:color w:val="18548A"/>
          </w:rPr>
          <w:t>附件2.广东省2024年第二次普通高中学业水平考试考生成绩复查申请登记表.wps</w:t>
        </w:r>
      </w:hyperlink>
    </w:p>
    <w:p>
      <w:r>
        <w:rPr>
          <w:sz w:val="16"/>
        </w:rPr>
        <w:t>https://szeb.sz.gov.cn/attachment/1/1482/1482009/11527691.wps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527691.html" TargetMode="External"/><Relationship Id="rId11" Type="http://schemas.openxmlformats.org/officeDocument/2006/relationships/hyperlink" Target="https://szeb.sz.gov.cn/attachment/1/1482/1482009/1152769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