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广东省2021年成人高考第一志愿投档情况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2021-12-04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https://eea.gd.gov.cn/crgk/content/post_3693358.html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https://eea.gd.gov.cn/zwgk/sjfb/tjsj/content/post_3693360.html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d781d1552868b5a06c3e930a061bb048c7a961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917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d781d1552868b5a06c3e930a061bb048c7a961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91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a8126cbce62b514a3303214f6ad4ac15e6a25f8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917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a8126cbce62b514a3303214f6ad4ac15e6a25f8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91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da1ae4770ad81deab115e7aad073e239d832de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917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da1ae4770ad81deab115e7aad073e239d832de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91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34035b9defbb47fd4f3009afffb7573551e4e5-00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917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34035b9defbb47fd4f3009afffb7573551e4e5-00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91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cd1afd91769d56f11e3363aef722901395dc3d8-00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9173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cd1afd91769d56f11e3363aef722901395dc3d8-00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91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1dec708016c9ae5dde8f8a43d6e48dfab68354a-000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9173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1dec708016c9ae5dde8f8a43d6e48dfab68354a-001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91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95d1c3b37b69d97efec685003ad70bf3e466d2-00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9173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95d1c3b37b69d97efec685003ad70bf3e466d2-00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91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dcfce44e5d2821751354d787d9385aa59353a35-000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9173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dcfce44e5d2821751354d787d9385aa59353a35-001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91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5d86e501e28fae17217332409aad65eefc92cc-000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9173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5d86e501e28fae17217332409aad65eefc92cc-001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91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cafd543415fa5273affee576388b2951206fee8-000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9173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cafd543415fa5273affee576388b2951206fee8-001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91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7a71a388bb8782bfe18ee4c37773818bd9dcd9d-000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9173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7a71a388bb8782bfe18ee4c37773818bd9dcd9d-001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917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3693358.html" TargetMode="External"/><Relationship Id="rId11" Type="http://schemas.openxmlformats.org/officeDocument/2006/relationships/hyperlink" Target="https://eea.gd.gov.cn/zwgk/sjfb/tjsj/content/post_3693360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image" Target="media/image17.png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