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深圳市2024年高中阶段学校第二次划线录取标准公布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2024-08-10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https://szeb.sz.gov.cn/szzkw/zkgg/zkxx/content/post_11492881.html</w:t>
        </w:r>
      </w:hyperlink>
    </w:p>
    <w:p/>
    <w:p>
      <w:r>
        <w:t>深圳市2024年高中阶段学校第二次划线录取的录取标准现予以公布。</w:t>
      </w:r>
    </w:p>
    <w:p>
      <w:r>
        <w:t>录取标准（分数线）根据考生填报第二次划线录取志愿、录取计划、录取资格线、考生中考成绩等条件划定。</w:t>
      </w:r>
    </w:p>
    <w:p>
      <w:r>
        <w:t>第二次划线录取工作将在今日完成，8月10日16:00起，考生可通过“深圳招考网”（https://szeb.sz.gov.cn/szzkw/）查询第二次划线录取结果。</w:t>
      </w:r>
    </w:p>
    <w:p>
      <w:r>
        <w:t>凡按志愿录取的考生，不能退档，不能转录。如不按录取学校规定的时间报到注册，将被视为自愿放弃入学资格。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0d1ec2d99757f9a8eed8fda980c0081820d26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51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0d1ec2d99757f9a8eed8fda980c0081820d26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5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103919e79f9176a5008fee805e4a50043181c0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5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103919e79f9176a5008fee805e4a50043181c0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5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7c5aab0fcf06c23106cafd26771b2a3f192385b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5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7c5aab0fcf06c23106cafd26771b2a3f192385b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5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8c0e2f3c007390ae954f6a29db071e9fd6c4f3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51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8c0e2f3c007390ae954f6a29db071e9fd6c4f3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5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1ac9f7badf225f1c4c8045a857b58698cf795d-00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51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1ac9f7badf225f1c4c8045a857b58698cf795d-00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5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64131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ed1d7e327acf78e8559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4131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149288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