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2018年成人高考现场确认温馨提示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2018-09-07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成考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https://szeb.sz.gov.cn/szzkw/zkgg/ckxx/content/post_8946002.html</w:t>
        </w:r>
      </w:hyperlink>
    </w:p>
    <w:p/>
    <w:p>
      <w:r>
        <w:t>各位成考考生：</w:t>
      </w:r>
    </w:p>
    <w:p>
      <w:r>
        <w:t>9月6~10日是现场确认时间，市招考办温馨提示：</w:t>
      </w:r>
    </w:p>
    <w:p>
      <w:r>
        <w:t>一、今年报名人数激增，达7.3万人，6号现场确认只有1万人，估计8~9号两天（周六、日）考生会非常集中，强烈建议考生避开双休日进行现场确认（特别是福田、宝安、龙岗、南山报名点）。征得省考试院同意，上述4个报名点将延长至9月11日结束（其他报名点不延长）。考生人数多，请做好排队等候时间较长的心理准备。</w:t>
      </w:r>
    </w:p>
    <w:p>
      <w:r>
        <w:t>二、请提前复印好审核材料。照片上传不成功及没有缴费的考生，请按现场指引，先行到指定地点补摄像及缴费。</w:t>
      </w:r>
    </w:p>
    <w:p>
      <w:r>
        <w:t>三、为防雨防晒，请自备伞具。各报名点停车位十分有限，请考生绿色出行。</w:t>
      </w:r>
    </w:p>
    <w:p>
      <w:r>
        <w:t>祝报名、考试顺利，金榜题名！</w:t>
      </w:r>
    </w:p>
    <w:p>
      <w:r>
        <w:t>深圳市招生考试办公室</w:t>
      </w:r>
    </w:p>
    <w:p>
      <w:r>
        <w:t>2018年9月7日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ckxx/content/post_8946002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