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2020年中招提前批和第一批录取学校高一新生报到信息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https://szeb.sz.gov.cn/szzkw/zkgg/zkxx/content/post_8946072.html</w:t>
        </w:r>
      </w:hyperlink>
    </w:p>
    <w:p/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73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536158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fbc4806e51a3b2490e1c7747103a40ecb8c3c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6158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7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