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广东省教育考试院办公楼视频监控维保服务项目询价（成交）结果公告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https://eea.gd.gov.cn/zfcg/content/post_4875558.html</w:t>
        </w:r>
      </w:hyperlink>
    </w:p>
    <w:p/>
    <w:p>
      <w:r>
        <w:t>一、项目编号：YKY20260301014</w:t>
      </w:r>
    </w:p>
    <w:p>
      <w:r>
        <w:t>二、项目名称：广东省教育考试院办公楼视频监控维保服务项目</w:t>
      </w:r>
    </w:p>
    <w:p>
      <w:r>
        <w:t>三、中标（成交）信息</w:t>
      </w:r>
    </w:p>
    <w:p>
      <w:r>
        <w:t>供应商名称：上海天跃科技股份有限公司</w:t>
      </w:r>
    </w:p>
    <w:p>
      <w:r>
        <w:t>供应商地址：广州市海珠区昌岗中路166号富盈国际大厦2805室</w:t>
      </w:r>
    </w:p>
    <w:p>
      <w:r>
        <w:t>中标（成交）金额：¥120,000.00元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广州立诚电子科技有限公司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149,500.00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149,500.00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上海天跃科技股份有限公司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120,000.00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履安科技有限公司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广州凌励智能科技有限公司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145,000.00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发布时间：2026年3月27日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87555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