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我省开展2026年硕士研究生招生考试考务和自命题工作培训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2025-10-31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大图新闻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https://eea.gd.gov.cn/banner/content/post_4791866.html</w:t>
        </w:r>
      </w:hyperlink>
    </w:p>
    <w:p/>
    <w:p>
      <w:r>
        <w:t>2026年全国硕士研究生招生考试（以下简称“研考”）将于12月20日至21日举行。为进一步加强考务工作管理，10月28日至29日，我省开展2026年研考考务和自命题工作培训。省委教育工委委员，省教育厅党组成员，省教育考试院党委书记、院长李向明出席开班仪式并作专题讲话。</w:t>
      </w:r>
    </w:p>
    <w:p>
      <w:r>
        <w:drawing>
          <wp:inline xmlns:a="http://schemas.openxmlformats.org/drawingml/2006/main" xmlns:pic="http://schemas.openxmlformats.org/drawingml/2006/picture">
            <wp:extent cx="6400800" cy="42705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79aa5d37952f13c327e8d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705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本次培训总结我省2025年研考工作情况，动员部署2026年研考工作。一要加强组织领导，压实主体责任；二要加强政策解读，深化考试改革；三要加强队伍建设，突出能力提升；四要加强关键环节，扎实做好自命题工作。</w:t>
      </w:r>
    </w:p>
    <w:p>
      <w:r>
        <w:t>相关领域专家围绕自命题规范化管理和舆情预警处置作专题报告。华南理工大学、华南农业大学、广东工业大学、广州大学和广州市招生办等单位代表分别作交流发言。省教育考试院、全省21个地市教育局和37个研招单位相关负责同志参加了本次培训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anner/content/post_479186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