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自学考试是否可以授予学位？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2024-01-29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政策文件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https://eea.gd.gov.cn/dawenku/zcwj/content/post_4353604.html</w:t>
        </w:r>
      </w:hyperlink>
    </w:p>
    <w:p/>
    <w:p>
      <w:r>
        <w:t>根据《高等教育自学考试暂行条例》第二十六条规定，符合相应学位条件的高等教育自学考试本科毕业人员，由有学位授予权的主考学校依照《中华人民共和国学位条例》的规定，授予相应学位。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dawenku/zcwj/content/post_4353604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