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6175bc90b54ef201fb78dd60efa1ba23c9108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6175bc90b54ef201fb78dd60efa1ba23c9108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