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2018年政府网站信息公开年度报表(广东省教育考试院)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2019-01-25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信息公开年报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https://eea.gd.gov.cn/zwgk_xxgknb/content/post_2503922.html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https://eea.gd.gov.cn/zwgk_xxgk/content/post_2220593.html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f07a7dbb079aea0b460a0839a5a732a925517de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15646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f07a7dbb079aea0b460a0839a5a732a925517de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56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282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1d7de3f4de1741eb4f1a4346daaab9bc72c139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2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10181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1d7de3f4de1741eb4f1a4346daaab9bc72c139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018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639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dc2a6a7a4b12206acb8ca0ef6a937af1ebbd834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63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615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dc2a6a7a4b12206acb8ca0ef6a937af1ebbd834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615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xxgknb/content/post_2503922.html" TargetMode="External"/><Relationship Id="rId11" Type="http://schemas.openxmlformats.org/officeDocument/2006/relationships/hyperlink" Target="https://eea.gd.gov.cn/zwgk_xxgk/content/post_2220593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