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2022年广东省教育考试院领导在线接访活动通告（二）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https://eea.gd.gov.cn/tzgg/content/post_4025725.html</w:t>
        </w:r>
      </w:hyperlink>
    </w:p>
    <w:p/>
    <w:p>
      <w:r>
        <w:t>为进一步畅通渠道，广泛听取群众意见建议，广东省教育考试院领导将于10月11日（星期二）通过省教育考试院门户网站（eea.gd.gov.cn）开展在线接访活动。</w:t>
      </w:r>
    </w:p>
    <w:p>
      <w:r>
        <w:t>社会公众可通过访问https://eea.gd.gov.cn/hdjlpt/c_cat?name=zxft查询相关在线接访活动记录。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2022年省教育考试院领导在线接访活动安排表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2022年10月11日15：00-16：00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孔智军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省教育考试院党委委员、副院长，省招生办副主任,省自学考试委员会办公室主任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2023年全国硕士研究生考试报名政策及相关事项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257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