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中小学教师资格面试各考区联系方式?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https://eea.gd.gov.cn/dawenku/ksbk/content/post_4711904.html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dd627d0ed72c83b2060d6c5bc03d4a765298e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44527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dd627d0ed72c83b2060d6c5bc03d4a765298e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4452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326694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34fa8869bcab106ba2ab3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26694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71190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