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深圳市2026年高中阶段学校第二批录取分数线公布</w:t>
      </w:r>
    </w:p>
    <w:p>
      <w:r>
        <w:rPr>
          <w:sz w:val="18"/>
        </w:rPr>
        <w:t>整理归属  深圳市招生考试办公室</w:t>
      </w:r>
    </w:p>
    <w:p>
      <w:r>
        <w:rPr>
          <w:sz w:val="18"/>
        </w:rPr>
        <w:t>发布日期  2026-07-26</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https://szeb.sz.gov.cn/szzkw/qt/tzgg/content/post_12909897.html</w:t>
        </w:r>
      </w:hyperlink>
    </w:p>
    <w:p>
      <w:r>
        <w:t xml:space="preserve">同文来源  </w:t>
      </w:r>
      <w:hyperlink r:id="rId11">
        <w:r>
          <w:rPr>
            <w:color w:val="18548A"/>
          </w:rPr>
          <w:t>https://szeb.sz.gov.cn/szzkw/zkgg/zkxx/content/post_12909892.html</w:t>
        </w:r>
      </w:hyperlink>
    </w:p>
    <w:p/>
    <w:p>
      <w:r>
        <w:t>深圳市2026年高中阶段学校招生第二批录取工作于7月26日下午进行。7月26日下午4：00起，考生可登录深圳招考网招考服务栏目（网址：</w:t>
      </w:r>
    </w:p>
    <w:p>
      <w:r>
        <w:t>https://szeb.sz.gov.cn/szzkw/zkfw/index.html）查询录取结果。</w:t>
      </w:r>
    </w:p>
    <w:p>
      <w:r>
        <w:t>录取分数线根据考生中考成绩、所报志愿顺序和各学校的招生计划投档产生，投档原则是“分数优先，依照志愿顺序”。</w:t>
      </w:r>
    </w:p>
    <w:p>
      <w:r>
        <w:t>录取通知书将于每批录取工作结束后一周内由招生学校寄发给考生本人。凡按志愿录取的考生，不能退档，不能转录。如不按录取学校规定的时间报到注册，将被视为自愿放弃入学资格。</w:t>
      </w:r>
    </w:p>
    <w:p>
      <w:r>
        <w:t>各批次录取结束后，因志愿填报不合理等原因，未被任何学校录取的考生，可于7月30日—31日在中考招生管理系统填报第三批和第二次划线录取志愿，参加相关学校录取。</w:t>
      </w:r>
    </w:p>
    <w:p>
      <w:r>
        <w:drawing>
          <wp:inline xmlns:a="http://schemas.openxmlformats.org/drawingml/2006/main" xmlns:pic="http://schemas.openxmlformats.org/drawingml/2006/picture">
            <wp:extent cx="6400800" cy="7193338"/>
            <wp:docPr id="1" name="Picture 1"/>
            <wp:cNvGraphicFramePr>
              <a:graphicFrameLocks noChangeAspect="1"/>
            </wp:cNvGraphicFramePr>
            <a:graphic>
              <a:graphicData uri="http://schemas.openxmlformats.org/drawingml/2006/picture">
                <pic:pic>
                  <pic:nvPicPr>
                    <pic:cNvPr id="0" name="2161733ee05e674c2483.png"/>
                    <pic:cNvPicPr/>
                  </pic:nvPicPr>
                  <pic:blipFill>
                    <a:blip r:embed="rId12"/>
                    <a:stretch>
                      <a:fillRect/>
                    </a:stretch>
                  </pic:blipFill>
                  <pic:spPr>
                    <a:xfrm>
                      <a:off x="0" y="0"/>
                      <a:ext cx="6400800" cy="7193338"/>
                    </a:xfrm>
                    <a:prstGeom prst="rect"/>
                  </pic:spPr>
                </pic:pic>
              </a:graphicData>
            </a:graphic>
          </wp:inline>
        </w:drawing>
      </w:r>
    </w:p>
    <w:p>
      <w:r>
        <w:drawing>
          <wp:inline xmlns:a="http://schemas.openxmlformats.org/drawingml/2006/main" xmlns:pic="http://schemas.openxmlformats.org/drawingml/2006/picture">
            <wp:extent cx="6400800" cy="7429826"/>
            <wp:docPr id="2" name="Picture 2"/>
            <wp:cNvGraphicFramePr>
              <a:graphicFrameLocks noChangeAspect="1"/>
            </wp:cNvGraphicFramePr>
            <a:graphic>
              <a:graphicData uri="http://schemas.openxmlformats.org/drawingml/2006/picture">
                <pic:pic>
                  <pic:nvPicPr>
                    <pic:cNvPr id="0" name="613e8105f8934cccf144.png"/>
                    <pic:cNvPicPr/>
                  </pic:nvPicPr>
                  <pic:blipFill>
                    <a:blip r:embed="rId13"/>
                    <a:stretch>
                      <a:fillRect/>
                    </a:stretch>
                  </pic:blipFill>
                  <pic:spPr>
                    <a:xfrm>
                      <a:off x="0" y="0"/>
                      <a:ext cx="6400800" cy="7429826"/>
                    </a:xfrm>
                    <a:prstGeom prst="rect"/>
                  </pic:spPr>
                </pic:pic>
              </a:graphicData>
            </a:graphic>
          </wp:inline>
        </w:drawing>
      </w:r>
    </w:p>
    <w:p>
      <w:r>
        <w:drawing>
          <wp:inline xmlns:a="http://schemas.openxmlformats.org/drawingml/2006/main" xmlns:pic="http://schemas.openxmlformats.org/drawingml/2006/picture">
            <wp:extent cx="6400800" cy="7540923"/>
            <wp:docPr id="3" name="Picture 3"/>
            <wp:cNvGraphicFramePr>
              <a:graphicFrameLocks noChangeAspect="1"/>
            </wp:cNvGraphicFramePr>
            <a:graphic>
              <a:graphicData uri="http://schemas.openxmlformats.org/drawingml/2006/picture">
                <pic:pic>
                  <pic:nvPicPr>
                    <pic:cNvPr id="0" name="087dc30507b56304ace8.png"/>
                    <pic:cNvPicPr/>
                  </pic:nvPicPr>
                  <pic:blipFill>
                    <a:blip r:embed="rId14"/>
                    <a:stretch>
                      <a:fillRect/>
                    </a:stretch>
                  </pic:blipFill>
                  <pic:spPr>
                    <a:xfrm>
                      <a:off x="0" y="0"/>
                      <a:ext cx="6400800" cy="7540923"/>
                    </a:xfrm>
                    <a:prstGeom prst="rect"/>
                  </pic:spPr>
                </pic:pic>
              </a:graphicData>
            </a:graphic>
          </wp:inline>
        </w:drawing>
      </w:r>
    </w:p>
    <w:p>
      <w:r>
        <w:drawing>
          <wp:inline xmlns:a="http://schemas.openxmlformats.org/drawingml/2006/main" xmlns:pic="http://schemas.openxmlformats.org/drawingml/2006/picture">
            <wp:extent cx="6400800" cy="7437417"/>
            <wp:docPr id="4" name="Picture 4"/>
            <wp:cNvGraphicFramePr>
              <a:graphicFrameLocks noChangeAspect="1"/>
            </wp:cNvGraphicFramePr>
            <a:graphic>
              <a:graphicData uri="http://schemas.openxmlformats.org/drawingml/2006/picture">
                <pic:pic>
                  <pic:nvPicPr>
                    <pic:cNvPr id="0" name="0cfbe32c2300a20cd9bb.png"/>
                    <pic:cNvPicPr/>
                  </pic:nvPicPr>
                  <pic:blipFill>
                    <a:blip r:embed="rId15"/>
                    <a:stretch>
                      <a:fillRect/>
                    </a:stretch>
                  </pic:blipFill>
                  <pic:spPr>
                    <a:xfrm>
                      <a:off x="0" y="0"/>
                      <a:ext cx="6400800" cy="7437417"/>
                    </a:xfrm>
                    <a:prstGeom prst="rect"/>
                  </pic:spPr>
                </pic:pic>
              </a:graphicData>
            </a:graphic>
          </wp:inline>
        </w:drawing>
      </w:r>
    </w:p>
    <w:p>
      <w:r>
        <w:drawing>
          <wp:inline xmlns:a="http://schemas.openxmlformats.org/drawingml/2006/main" xmlns:pic="http://schemas.openxmlformats.org/drawingml/2006/picture">
            <wp:extent cx="6400800" cy="7395099"/>
            <wp:docPr id="5" name="Picture 5"/>
            <wp:cNvGraphicFramePr>
              <a:graphicFrameLocks noChangeAspect="1"/>
            </wp:cNvGraphicFramePr>
            <a:graphic>
              <a:graphicData uri="http://schemas.openxmlformats.org/drawingml/2006/picture">
                <pic:pic>
                  <pic:nvPicPr>
                    <pic:cNvPr id="0" name="fb575fe1101a897e8afb.png"/>
                    <pic:cNvPicPr/>
                  </pic:nvPicPr>
                  <pic:blipFill>
                    <a:blip r:embed="rId16"/>
                    <a:stretch>
                      <a:fillRect/>
                    </a:stretch>
                  </pic:blipFill>
                  <pic:spPr>
                    <a:xfrm>
                      <a:off x="0" y="0"/>
                      <a:ext cx="6400800" cy="7395099"/>
                    </a:xfrm>
                    <a:prstGeom prst="rect"/>
                  </pic:spPr>
                </pic:pic>
              </a:graphicData>
            </a:graphic>
          </wp:inline>
        </w:drawing>
      </w:r>
    </w:p>
    <w:p>
      <w:r>
        <w:drawing>
          <wp:inline xmlns:a="http://schemas.openxmlformats.org/drawingml/2006/main" xmlns:pic="http://schemas.openxmlformats.org/drawingml/2006/picture">
            <wp:extent cx="6400800" cy="7338104"/>
            <wp:docPr id="6" name="Picture 6"/>
            <wp:cNvGraphicFramePr>
              <a:graphicFrameLocks noChangeAspect="1"/>
            </wp:cNvGraphicFramePr>
            <a:graphic>
              <a:graphicData uri="http://schemas.openxmlformats.org/drawingml/2006/picture">
                <pic:pic>
                  <pic:nvPicPr>
                    <pic:cNvPr id="0" name="a77c7394816f505b4f0a.png"/>
                    <pic:cNvPicPr/>
                  </pic:nvPicPr>
                  <pic:blipFill>
                    <a:blip r:embed="rId17"/>
                    <a:stretch>
                      <a:fillRect/>
                    </a:stretch>
                  </pic:blipFill>
                  <pic:spPr>
                    <a:xfrm>
                      <a:off x="0" y="0"/>
                      <a:ext cx="6400800" cy="7338104"/>
                    </a:xfrm>
                    <a:prstGeom prst="rect"/>
                  </pic:spPr>
                </pic:pic>
              </a:graphicData>
            </a:graphic>
          </wp:inline>
        </w:drawing>
      </w:r>
    </w:p>
    <w:p>
      <w:r>
        <w:drawing>
          <wp:inline xmlns:a="http://schemas.openxmlformats.org/drawingml/2006/main" xmlns:pic="http://schemas.openxmlformats.org/drawingml/2006/picture">
            <wp:extent cx="6400800" cy="7336160"/>
            <wp:docPr id="7" name="Picture 7"/>
            <wp:cNvGraphicFramePr>
              <a:graphicFrameLocks noChangeAspect="1"/>
            </wp:cNvGraphicFramePr>
            <a:graphic>
              <a:graphicData uri="http://schemas.openxmlformats.org/drawingml/2006/picture">
                <pic:pic>
                  <pic:nvPicPr>
                    <pic:cNvPr id="0" name="2b4f4e6bfd45fb4aa0c9.png"/>
                    <pic:cNvPicPr/>
                  </pic:nvPicPr>
                  <pic:blipFill>
                    <a:blip r:embed="rId18"/>
                    <a:stretch>
                      <a:fillRect/>
                    </a:stretch>
                  </pic:blipFill>
                  <pic:spPr>
                    <a:xfrm>
                      <a:off x="0" y="0"/>
                      <a:ext cx="6400800" cy="7336160"/>
                    </a:xfrm>
                    <a:prstGeom prst="rect"/>
                  </pic:spPr>
                </pic:pic>
              </a:graphicData>
            </a:graphic>
          </wp:inline>
        </w:drawing>
      </w:r>
    </w:p>
    <w:p>
      <w:r>
        <w:drawing>
          <wp:inline xmlns:a="http://schemas.openxmlformats.org/drawingml/2006/main" xmlns:pic="http://schemas.openxmlformats.org/drawingml/2006/picture">
            <wp:extent cx="6400800" cy="7324947"/>
            <wp:docPr id="8" name="Picture 8"/>
            <wp:cNvGraphicFramePr>
              <a:graphicFrameLocks noChangeAspect="1"/>
            </wp:cNvGraphicFramePr>
            <a:graphic>
              <a:graphicData uri="http://schemas.openxmlformats.org/drawingml/2006/picture">
                <pic:pic>
                  <pic:nvPicPr>
                    <pic:cNvPr id="0" name="bf1e3318830b3d21513b.png"/>
                    <pic:cNvPicPr/>
                  </pic:nvPicPr>
                  <pic:blipFill>
                    <a:blip r:embed="rId19"/>
                    <a:stretch>
                      <a:fillRect/>
                    </a:stretch>
                  </pic:blipFill>
                  <pic:spPr>
                    <a:xfrm>
                      <a:off x="0" y="0"/>
                      <a:ext cx="6400800" cy="7324947"/>
                    </a:xfrm>
                    <a:prstGeom prst="rect"/>
                  </pic:spPr>
                </pic:pic>
              </a:graphicData>
            </a:graphic>
          </wp:inline>
        </w:drawing>
      </w:r>
    </w:p>
    <w:p>
      <w:r>
        <w:drawing>
          <wp:inline xmlns:a="http://schemas.openxmlformats.org/drawingml/2006/main" xmlns:pic="http://schemas.openxmlformats.org/drawingml/2006/picture">
            <wp:extent cx="6400800" cy="7614960"/>
            <wp:docPr id="9" name="Picture 9"/>
            <wp:cNvGraphicFramePr>
              <a:graphicFrameLocks noChangeAspect="1"/>
            </wp:cNvGraphicFramePr>
            <a:graphic>
              <a:graphicData uri="http://schemas.openxmlformats.org/drawingml/2006/picture">
                <pic:pic>
                  <pic:nvPicPr>
                    <pic:cNvPr id="0" name="0b474d3292abcec2bab1.png"/>
                    <pic:cNvPicPr/>
                  </pic:nvPicPr>
                  <pic:blipFill>
                    <a:blip r:embed="rId20"/>
                    <a:stretch>
                      <a:fillRect/>
                    </a:stretch>
                  </pic:blipFill>
                  <pic:spPr>
                    <a:xfrm>
                      <a:off x="0" y="0"/>
                      <a:ext cx="6400800" cy="7614960"/>
                    </a:xfrm>
                    <a:prstGeom prst="rect"/>
                  </pic:spPr>
                </pic:pic>
              </a:graphicData>
            </a:graphic>
          </wp:inline>
        </w:drawing>
      </w:r>
    </w:p>
    <w:p>
      <w:r>
        <w:drawing>
          <wp:inline xmlns:a="http://schemas.openxmlformats.org/drawingml/2006/main" xmlns:pic="http://schemas.openxmlformats.org/drawingml/2006/picture">
            <wp:extent cx="6400800" cy="7575824"/>
            <wp:docPr id="10" name="Picture 10"/>
            <wp:cNvGraphicFramePr>
              <a:graphicFrameLocks noChangeAspect="1"/>
            </wp:cNvGraphicFramePr>
            <a:graphic>
              <a:graphicData uri="http://schemas.openxmlformats.org/drawingml/2006/picture">
                <pic:pic>
                  <pic:nvPicPr>
                    <pic:cNvPr id="0" name="e01f0ae22661b0dd8996.png"/>
                    <pic:cNvPicPr/>
                  </pic:nvPicPr>
                  <pic:blipFill>
                    <a:blip r:embed="rId21"/>
                    <a:stretch>
                      <a:fillRect/>
                    </a:stretch>
                  </pic:blipFill>
                  <pic:spPr>
                    <a:xfrm>
                      <a:off x="0" y="0"/>
                      <a:ext cx="6400800" cy="7575824"/>
                    </a:xfrm>
                    <a:prstGeom prst="rect"/>
                  </pic:spPr>
                </pic:pic>
              </a:graphicData>
            </a:graphic>
          </wp:inline>
        </w:drawing>
      </w:r>
    </w:p>
    <w:p>
      <w:r>
        <w:drawing>
          <wp:inline xmlns:a="http://schemas.openxmlformats.org/drawingml/2006/main" xmlns:pic="http://schemas.openxmlformats.org/drawingml/2006/picture">
            <wp:extent cx="6400800" cy="7529611"/>
            <wp:docPr id="11" name="Picture 11"/>
            <wp:cNvGraphicFramePr>
              <a:graphicFrameLocks noChangeAspect="1"/>
            </wp:cNvGraphicFramePr>
            <a:graphic>
              <a:graphicData uri="http://schemas.openxmlformats.org/drawingml/2006/picture">
                <pic:pic>
                  <pic:nvPicPr>
                    <pic:cNvPr id="0" name="179f02e04f01eaea2179.png"/>
                    <pic:cNvPicPr/>
                  </pic:nvPicPr>
                  <pic:blipFill>
                    <a:blip r:embed="rId22"/>
                    <a:stretch>
                      <a:fillRect/>
                    </a:stretch>
                  </pic:blipFill>
                  <pic:spPr>
                    <a:xfrm>
                      <a:off x="0" y="0"/>
                      <a:ext cx="6400800" cy="7529611"/>
                    </a:xfrm>
                    <a:prstGeom prst="rect"/>
                  </pic:spPr>
                </pic:pic>
              </a:graphicData>
            </a:graphic>
          </wp:inline>
        </w:drawing>
      </w:r>
    </w:p>
    <w:p>
      <w:r>
        <w:drawing>
          <wp:inline xmlns:a="http://schemas.openxmlformats.org/drawingml/2006/main" xmlns:pic="http://schemas.openxmlformats.org/drawingml/2006/picture">
            <wp:extent cx="6400800" cy="7437938"/>
            <wp:docPr id="12" name="Picture 12"/>
            <wp:cNvGraphicFramePr>
              <a:graphicFrameLocks noChangeAspect="1"/>
            </wp:cNvGraphicFramePr>
            <a:graphic>
              <a:graphicData uri="http://schemas.openxmlformats.org/drawingml/2006/picture">
                <pic:pic>
                  <pic:nvPicPr>
                    <pic:cNvPr id="0" name="158a25fb5c89bd4bcefb.png"/>
                    <pic:cNvPicPr/>
                  </pic:nvPicPr>
                  <pic:blipFill>
                    <a:blip r:embed="rId23"/>
                    <a:stretch>
                      <a:fillRect/>
                    </a:stretch>
                  </pic:blipFill>
                  <pic:spPr>
                    <a:xfrm>
                      <a:off x="0" y="0"/>
                      <a:ext cx="6400800" cy="7437938"/>
                    </a:xfrm>
                    <a:prstGeom prst="rect"/>
                  </pic:spPr>
                </pic:pic>
              </a:graphicData>
            </a:graphic>
          </wp:inline>
        </w:drawing>
      </w:r>
    </w:p>
    <w:p>
      <w:r>
        <w:drawing>
          <wp:inline xmlns:a="http://schemas.openxmlformats.org/drawingml/2006/main" xmlns:pic="http://schemas.openxmlformats.org/drawingml/2006/picture">
            <wp:extent cx="6400800" cy="7436766"/>
            <wp:docPr id="13" name="Picture 13"/>
            <wp:cNvGraphicFramePr>
              <a:graphicFrameLocks noChangeAspect="1"/>
            </wp:cNvGraphicFramePr>
            <a:graphic>
              <a:graphicData uri="http://schemas.openxmlformats.org/drawingml/2006/picture">
                <pic:pic>
                  <pic:nvPicPr>
                    <pic:cNvPr id="0" name="878e2dd399806e8500ec.png"/>
                    <pic:cNvPicPr/>
                  </pic:nvPicPr>
                  <pic:blipFill>
                    <a:blip r:embed="rId24"/>
                    <a:stretch>
                      <a:fillRect/>
                    </a:stretch>
                  </pic:blipFill>
                  <pic:spPr>
                    <a:xfrm>
                      <a:off x="0" y="0"/>
                      <a:ext cx="6400800" cy="7436766"/>
                    </a:xfrm>
                    <a:prstGeom prst="rect"/>
                  </pic:spPr>
                </pic:pic>
              </a:graphicData>
            </a:graphic>
          </wp:inline>
        </w:drawing>
      </w:r>
    </w:p>
    <w:p>
      <w:r>
        <w:drawing>
          <wp:inline xmlns:a="http://schemas.openxmlformats.org/drawingml/2006/main" xmlns:pic="http://schemas.openxmlformats.org/drawingml/2006/picture">
            <wp:extent cx="6400800" cy="7421749"/>
            <wp:docPr id="14" name="Picture 14"/>
            <wp:cNvGraphicFramePr>
              <a:graphicFrameLocks noChangeAspect="1"/>
            </wp:cNvGraphicFramePr>
            <a:graphic>
              <a:graphicData uri="http://schemas.openxmlformats.org/drawingml/2006/picture">
                <pic:pic>
                  <pic:nvPicPr>
                    <pic:cNvPr id="0" name="85a2908dc74024397622.png"/>
                    <pic:cNvPicPr/>
                  </pic:nvPicPr>
                  <pic:blipFill>
                    <a:blip r:embed="rId25"/>
                    <a:stretch>
                      <a:fillRect/>
                    </a:stretch>
                  </pic:blipFill>
                  <pic:spPr>
                    <a:xfrm>
                      <a:off x="0" y="0"/>
                      <a:ext cx="6400800" cy="7421749"/>
                    </a:xfrm>
                    <a:prstGeom prst="rect"/>
                  </pic:spPr>
                </pic:pic>
              </a:graphicData>
            </a:graphic>
          </wp:inline>
        </w:drawing>
      </w:r>
    </w:p>
    <w:p>
      <w:r>
        <w:drawing>
          <wp:inline xmlns:a="http://schemas.openxmlformats.org/drawingml/2006/main" xmlns:pic="http://schemas.openxmlformats.org/drawingml/2006/picture">
            <wp:extent cx="6400800" cy="7362451"/>
            <wp:docPr id="15" name="Picture 15"/>
            <wp:cNvGraphicFramePr>
              <a:graphicFrameLocks noChangeAspect="1"/>
            </wp:cNvGraphicFramePr>
            <a:graphic>
              <a:graphicData uri="http://schemas.openxmlformats.org/drawingml/2006/picture">
                <pic:pic>
                  <pic:nvPicPr>
                    <pic:cNvPr id="0" name="9b5965a9452da2eb2f6a.png"/>
                    <pic:cNvPicPr/>
                  </pic:nvPicPr>
                  <pic:blipFill>
                    <a:blip r:embed="rId26"/>
                    <a:stretch>
                      <a:fillRect/>
                    </a:stretch>
                  </pic:blipFill>
                  <pic:spPr>
                    <a:xfrm>
                      <a:off x="0" y="0"/>
                      <a:ext cx="6400800" cy="7362451"/>
                    </a:xfrm>
                    <a:prstGeom prst="rect"/>
                  </pic:spPr>
                </pic:pic>
              </a:graphicData>
            </a:graphic>
          </wp:inline>
        </w:drawing>
      </w:r>
    </w:p>
    <w:p>
      <w:r>
        <w:drawing>
          <wp:inline xmlns:a="http://schemas.openxmlformats.org/drawingml/2006/main" xmlns:pic="http://schemas.openxmlformats.org/drawingml/2006/picture">
            <wp:extent cx="6400800" cy="7351598"/>
            <wp:docPr id="16" name="Picture 16"/>
            <wp:cNvGraphicFramePr>
              <a:graphicFrameLocks noChangeAspect="1"/>
            </wp:cNvGraphicFramePr>
            <a:graphic>
              <a:graphicData uri="http://schemas.openxmlformats.org/drawingml/2006/picture">
                <pic:pic>
                  <pic:nvPicPr>
                    <pic:cNvPr id="0" name="89713ea5c613631e83b5.png"/>
                    <pic:cNvPicPr/>
                  </pic:nvPicPr>
                  <pic:blipFill>
                    <a:blip r:embed="rId27"/>
                    <a:stretch>
                      <a:fillRect/>
                    </a:stretch>
                  </pic:blipFill>
                  <pic:spPr>
                    <a:xfrm>
                      <a:off x="0" y="0"/>
                      <a:ext cx="6400800" cy="7351598"/>
                    </a:xfrm>
                    <a:prstGeom prst="rect"/>
                  </pic:spPr>
                </pic:pic>
              </a:graphicData>
            </a:graphic>
          </wp:inline>
        </w:drawing>
      </w:r>
    </w:p>
    <w:p>
      <w:r>
        <w:drawing>
          <wp:inline xmlns:a="http://schemas.openxmlformats.org/drawingml/2006/main" xmlns:pic="http://schemas.openxmlformats.org/drawingml/2006/picture">
            <wp:extent cx="6400800" cy="7281757"/>
            <wp:docPr id="17" name="Picture 17"/>
            <wp:cNvGraphicFramePr>
              <a:graphicFrameLocks noChangeAspect="1"/>
            </wp:cNvGraphicFramePr>
            <a:graphic>
              <a:graphicData uri="http://schemas.openxmlformats.org/drawingml/2006/picture">
                <pic:pic>
                  <pic:nvPicPr>
                    <pic:cNvPr id="0" name="40f657a83aa67f476372.png"/>
                    <pic:cNvPicPr/>
                  </pic:nvPicPr>
                  <pic:blipFill>
                    <a:blip r:embed="rId28"/>
                    <a:stretch>
                      <a:fillRect/>
                    </a:stretch>
                  </pic:blipFill>
                  <pic:spPr>
                    <a:xfrm>
                      <a:off x="0" y="0"/>
                      <a:ext cx="6400800" cy="7281757"/>
                    </a:xfrm>
                    <a:prstGeom prst="rect"/>
                  </pic:spPr>
                </pic:pic>
              </a:graphicData>
            </a:graphic>
          </wp:inline>
        </w:drawing>
      </w:r>
    </w:p>
    <w:p>
      <w:r>
        <w:drawing>
          <wp:inline xmlns:a="http://schemas.openxmlformats.org/drawingml/2006/main" xmlns:pic="http://schemas.openxmlformats.org/drawingml/2006/picture">
            <wp:extent cx="6400800" cy="7338104"/>
            <wp:docPr id="18" name="Picture 18"/>
            <wp:cNvGraphicFramePr>
              <a:graphicFrameLocks noChangeAspect="1"/>
            </wp:cNvGraphicFramePr>
            <a:graphic>
              <a:graphicData uri="http://schemas.openxmlformats.org/drawingml/2006/picture">
                <pic:pic>
                  <pic:nvPicPr>
                    <pic:cNvPr id="0" name="bdee4c16c70d39a6ca0a.png"/>
                    <pic:cNvPicPr/>
                  </pic:nvPicPr>
                  <pic:blipFill>
                    <a:blip r:embed="rId29"/>
                    <a:stretch>
                      <a:fillRect/>
                    </a:stretch>
                  </pic:blipFill>
                  <pic:spPr>
                    <a:xfrm>
                      <a:off x="0" y="0"/>
                      <a:ext cx="6400800" cy="7338104"/>
                    </a:xfrm>
                    <a:prstGeom prst="rect"/>
                  </pic:spPr>
                </pic:pic>
              </a:graphicData>
            </a:graphic>
          </wp:inline>
        </w:drawing>
      </w:r>
    </w:p>
    <w:p>
      <w:r>
        <w:drawing>
          <wp:inline xmlns:a="http://schemas.openxmlformats.org/drawingml/2006/main" xmlns:pic="http://schemas.openxmlformats.org/drawingml/2006/picture">
            <wp:extent cx="6400800" cy="7469696"/>
            <wp:docPr id="19" name="Picture 19"/>
            <wp:cNvGraphicFramePr>
              <a:graphicFrameLocks noChangeAspect="1"/>
            </wp:cNvGraphicFramePr>
            <a:graphic>
              <a:graphicData uri="http://schemas.openxmlformats.org/drawingml/2006/picture">
                <pic:pic>
                  <pic:nvPicPr>
                    <pic:cNvPr id="0" name="8968aed9cce4e3c7713e.png"/>
                    <pic:cNvPicPr/>
                  </pic:nvPicPr>
                  <pic:blipFill>
                    <a:blip r:embed="rId30"/>
                    <a:stretch>
                      <a:fillRect/>
                    </a:stretch>
                  </pic:blipFill>
                  <pic:spPr>
                    <a:xfrm>
                      <a:off x="0" y="0"/>
                      <a:ext cx="6400800" cy="7469696"/>
                    </a:xfrm>
                    <a:prstGeom prst="rect"/>
                  </pic:spPr>
                </pic:pic>
              </a:graphicData>
            </a:graphic>
          </wp:inline>
        </w:drawing>
      </w:r>
    </w:p>
    <w:p>
      <w:r>
        <w:drawing>
          <wp:inline xmlns:a="http://schemas.openxmlformats.org/drawingml/2006/main" xmlns:pic="http://schemas.openxmlformats.org/drawingml/2006/picture">
            <wp:extent cx="6400800" cy="2680138"/>
            <wp:docPr id="20" name="Picture 20"/>
            <wp:cNvGraphicFramePr>
              <a:graphicFrameLocks noChangeAspect="1"/>
            </wp:cNvGraphicFramePr>
            <a:graphic>
              <a:graphicData uri="http://schemas.openxmlformats.org/drawingml/2006/picture">
                <pic:pic>
                  <pic:nvPicPr>
                    <pic:cNvPr id="0" name="fefd4bbe49b4e9d76cbb.png"/>
                    <pic:cNvPicPr/>
                  </pic:nvPicPr>
                  <pic:blipFill>
                    <a:blip r:embed="rId31"/>
                    <a:stretch>
                      <a:fillRect/>
                    </a:stretch>
                  </pic:blipFill>
                  <pic:spPr>
                    <a:xfrm>
                      <a:off x="0" y="0"/>
                      <a:ext cx="6400800" cy="2680138"/>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909897.html" TargetMode="External"/><Relationship Id="rId11" Type="http://schemas.openxmlformats.org/officeDocument/2006/relationships/hyperlink" Target="https://szeb.sz.gov.cn/szzkw/zkgg/zkxx/content/post_12909892.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image" Target="media/image13.png"/><Relationship Id="rId25" Type="http://schemas.openxmlformats.org/officeDocument/2006/relationships/image" Target="media/image14.png"/><Relationship Id="rId26" Type="http://schemas.openxmlformats.org/officeDocument/2006/relationships/image" Target="media/image15.png"/><Relationship Id="rId27" Type="http://schemas.openxmlformats.org/officeDocument/2006/relationships/image" Target="media/image16.png"/><Relationship Id="rId28" Type="http://schemas.openxmlformats.org/officeDocument/2006/relationships/image" Target="media/image17.png"/><Relationship Id="rId29" Type="http://schemas.openxmlformats.org/officeDocument/2006/relationships/image" Target="media/image18.png"/><Relationship Id="rId30" Type="http://schemas.openxmlformats.org/officeDocument/2006/relationships/image" Target="media/image19.png"/><Relationship Id="rId31"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