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教资面试考试当天，有什么要注意的地方？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2026-04-29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其他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https://eea.gd.gov.cn/dawenku/qtwt/content/post_4890985.html</w:t>
        </w:r>
      </w:hyperlink>
    </w:p>
    <w:p/>
    <w:p>
      <w:r>
        <w:t>考试当天，请考生注意以下几点：一是考生须持《准考证》和有效身份证件进入考场，确保“两证”齐全，信息一致。二是考生只能携带必要的文具进入考场，禁止在《准考证》上书写任何与考试有关的文字。应严格遵守考场纪律，听从监考现场老师及工作人员指挥，不影响考场秩序。诚信赴考，切勿发生违规作弊行为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qtwt/content/post_489098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