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2019年4月自学考试更换莲花中学北校区考点的紧急通知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2019-04-11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https://szeb.sz.gov.cn/szzkw/zkgg/zkxx1/content/post_8949716.html</w:t>
        </w:r>
      </w:hyperlink>
    </w:p>
    <w:p/>
    <w:p>
      <w:r>
        <w:t>2019年4月全国高等教育自学考试将于本周末（4月13日-14日）举行。我市参加本次考试的考生达113239人，分布在9个区86个考点。</w:t>
      </w:r>
    </w:p>
    <w:p>
      <w:r>
        <w:t>因福田区莲花中学北校区（地址：福田区彩田路6008号莲花二村内）教学楼存在安全隐患。为保障该考点考生的人身安全和考试顺利，经深圳市招考办和福田区教育局研究决定启用应急处置预案，启用石厦学校考点（地址：福田区新洲路3188号）替换莲花中学北校区考点，请原在莲花中学北校区参加考试的考生直接到石厦学校参加考试。市招考办已通过短信群发系统通知全部受影响的考生，请各相关考生注意接收并相互转告。</w:t>
      </w:r>
    </w:p>
    <w:p>
      <w:r>
        <w:t>市招考办提醒，此类考生不需要更换准考证，凭原准考证即可到石厦学校考点参加考试，考场号、座位号不变。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894971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