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https://szeb.sz.gov.cn/szzkw/zkcx/zxks/zkzy/zkcc/content/post_8949016.html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4fadbc954c8430715cd3093f7a08331d2a4af8a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4fadbc954c8430715cd3093f7a08331d2a4af8a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16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