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关于公布广东省2024年普通高校招生录取最低分数线的通知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2024-06-25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https://szeb.sz.gov.cn/szzkw/zkgg/gkxx/content/post_11390894.html</w:t>
        </w:r>
      </w:hyperlink>
    </w:p>
    <w:p/>
    <w:p>
      <w:r>
        <w:t>文号 ：粤招〔2024〕4号</w:t>
      </w:r>
    </w:p>
    <w:p>
      <w:r>
        <w:t>各地级以上市招生委员会，各高等学校：</w:t>
      </w:r>
    </w:p>
    <w:p>
      <w:r>
        <w:t>经省招生委员会研究决定，广东省2024年普通高校招生各批次录取最低分数线如下：</w:t>
      </w:r>
    </w:p>
    <w:p>
      <w:r>
        <w:t>一、本科院校（含执行本批次最低分数线的提前批非军检本科院校）</w:t>
      </w:r>
    </w:p>
    <w:p>
      <w:r>
        <w:t>（一）本科各科类</w:t>
      </w:r>
    </w:p>
    <w:p>
      <w:r>
        <w:t>普通类（历史）：总分428分。</w:t>
      </w:r>
    </w:p>
    <w:p>
      <w:r>
        <w:t>普通类（物理）：总分442分。</w:t>
      </w:r>
    </w:p>
    <w:p>
      <w:r>
        <w:t>体育类：文化科总分360分，体育类专业省统考210分。</w:t>
      </w:r>
    </w:p>
    <w:p>
      <w:r>
        <w:t>音乐类（含音乐教育、音乐表演）：文化科总分315分，音乐类专业省统考190分。</w:t>
      </w:r>
    </w:p>
    <w:p>
      <w:r>
        <w:t>舞蹈类：文化科总分300分，舞蹈类专业省统考195分。</w:t>
      </w:r>
    </w:p>
    <w:p>
      <w:r>
        <w:t>表（导）演类（含戏剧影视表演、戏剧影视导演）：文化科总分350分，表（导）演类专业省统考210分。</w:t>
      </w:r>
    </w:p>
    <w:p>
      <w:r>
        <w:t>表（导）演类（服装表演）：文化科总分320分，表（导）演类专业省统考210分。</w:t>
      </w:r>
    </w:p>
    <w:p>
      <w:r>
        <w:t>播音与主持类（含粤语）：文化科总分330分，播音与主持类专业省统考205分。</w:t>
      </w:r>
    </w:p>
    <w:p>
      <w:r>
        <w:t>美术与设计类：文化科总分320分，美术与设计类专业省统考185分。</w:t>
      </w:r>
    </w:p>
    <w:p>
      <w:r>
        <w:t>书法类：文化科总分350分，书法类专业省统考223分。</w:t>
      </w:r>
    </w:p>
    <w:p>
      <w:r>
        <w:t>戏曲类：文化科总分300分，戏曲类专业省际联考须合格。</w:t>
      </w:r>
    </w:p>
    <w:p>
      <w:r>
        <w:t>（二）特殊类型招生录取控制线（含强基计划、高校专项计划、综合评价）</w:t>
      </w:r>
    </w:p>
    <w:p>
      <w:r>
        <w:t>普通类（历史）：总分539分。</w:t>
      </w:r>
    </w:p>
    <w:p>
      <w:r>
        <w:t>普通类（物理）：总分532分。</w:t>
      </w:r>
    </w:p>
    <w:p>
      <w:r>
        <w:t>（三）重点高校招收农村和脱贫地区学生（地方专项计划）</w:t>
      </w:r>
    </w:p>
    <w:p>
      <w:r>
        <w:t>普通类（历史）：总分509分。</w:t>
      </w:r>
    </w:p>
    <w:p>
      <w:r>
        <w:t>普通类（物理）：总分502分。</w:t>
      </w:r>
    </w:p>
    <w:p>
      <w:r>
        <w:t>二、专科院校（含执行本批次最低分数线的提前批专科院校）</w:t>
      </w:r>
    </w:p>
    <w:p>
      <w:r>
        <w:t>普通类（历史）：总分200分。</w:t>
      </w:r>
    </w:p>
    <w:p>
      <w:r>
        <w:t>普通类（物理）：总分200分。</w:t>
      </w:r>
    </w:p>
    <w:p>
      <w:r>
        <w:t>体育类：文化科总分300分，体育类专业省统考200分。</w:t>
      </w:r>
    </w:p>
    <w:p>
      <w:r>
        <w:t>音乐类（含音乐教育、音乐表演）：文化科总分200分，音乐类专业省统考150分。</w:t>
      </w:r>
    </w:p>
    <w:p>
      <w:r>
        <w:t>舞蹈类：文化科总分200分，舞蹈类专业省统考150分。</w:t>
      </w:r>
    </w:p>
    <w:p>
      <w:r>
        <w:t>表（导）演类（含戏剧影视表演、服装表演、戏剧影视导演）：文化科总分300分，表（导）演类专业省统考205分。</w:t>
      </w:r>
    </w:p>
    <w:p>
      <w:r>
        <w:t>播音与主持类（含粤语）：文化科总分300分，播音与主持类专业省统考195分。</w:t>
      </w:r>
    </w:p>
    <w:p>
      <w:r>
        <w:t>美术与设计类：文化科总分200分，美术与设计类专业省统考150分。</w:t>
      </w:r>
    </w:p>
    <w:p>
      <w:r>
        <w:t>书法类：文化科总分300分，书法类专业省统考210分。</w:t>
      </w:r>
    </w:p>
    <w:p>
      <w:r>
        <w:t>戏曲类：文化科总分200分，戏曲类专业省际联考须合格。</w:t>
      </w:r>
    </w:p>
    <w:p>
      <w:r>
        <w:t>三、军队本科院校</w:t>
      </w:r>
    </w:p>
    <w:p>
      <w:r>
        <w:t>（一）军队提前本科批次院校（含空军、海军招飞、武警工程大学、武警警官学院、武警特种警察学院、武警海警学院）</w:t>
      </w:r>
    </w:p>
    <w:p>
      <w:r>
        <w:t>普通类（历史）：总分539分。</w:t>
      </w:r>
    </w:p>
    <w:p>
      <w:r>
        <w:t>普通类（物理）：总分532分。</w:t>
      </w:r>
    </w:p>
    <w:p>
      <w:r>
        <w:t>（二）军队本科批次院校</w:t>
      </w:r>
    </w:p>
    <w:p>
      <w:r>
        <w:t>陆军工程大学（人防系统定向）</w:t>
      </w:r>
    </w:p>
    <w:p>
      <w:r>
        <w:t>普通类（物理）：总分458分。</w:t>
      </w:r>
    </w:p>
    <w:p>
      <w:r>
        <w:t>四、中国消防救援学院</w:t>
      </w:r>
    </w:p>
    <w:p>
      <w:r>
        <w:t>普通类（历史）：总分539分。</w:t>
      </w:r>
    </w:p>
    <w:p>
      <w:r>
        <w:t>普通类（物理）：总分532分。</w:t>
      </w:r>
    </w:p>
    <w:p>
      <w:r>
        <w:t>五、本科院校订单定向培养农村教师人才（教师专项计划）</w:t>
      </w:r>
    </w:p>
    <w:p>
      <w:r>
        <w:t>普通类（历史）：总分455分。</w:t>
      </w:r>
    </w:p>
    <w:p>
      <w:r>
        <w:t>普通类（物理）：总分458分。</w:t>
      </w:r>
    </w:p>
    <w:p>
      <w:r>
        <w:t>其中，华南师范大学、广州大学：普通类（历史）总分519分；普通类（物理）总分512分。</w:t>
      </w:r>
    </w:p>
    <w:p>
      <w:r>
        <w:t>体育类：文化科总分360分，体育类专业省统考210分。</w:t>
      </w:r>
    </w:p>
    <w:p>
      <w:r>
        <w:t>音乐类（音乐教育）：文化科总分315分，音乐类专业省统考190分。</w:t>
      </w:r>
    </w:p>
    <w:p>
      <w:r>
        <w:t>美术与设计类：文化科总分320分，美术与设计类专业省统考185分。</w:t>
      </w:r>
    </w:p>
    <w:p>
      <w:r>
        <w:t>六、订单定向培养农村卫生人才（卫生专项计划）</w:t>
      </w:r>
    </w:p>
    <w:p>
      <w:r>
        <w:t>（一）本科院校农村卫生人才专项计划</w:t>
      </w:r>
    </w:p>
    <w:p>
      <w:r>
        <w:t>普通类（物理）总分458分。</w:t>
      </w:r>
    </w:p>
    <w:p>
      <w:r>
        <w:t>其中，广州中医药大学、汕头大学医学院：普通类（物理）总分512分。</w:t>
      </w:r>
    </w:p>
    <w:p>
      <w:r>
        <w:t>（二）专科院校农村卫生人才专项计划</w:t>
      </w:r>
    </w:p>
    <w:p>
      <w:r>
        <w:t>普通类（历史）：总分408分。</w:t>
      </w:r>
    </w:p>
    <w:p>
      <w:r>
        <w:t>普通类（物理）：总分422分。</w:t>
      </w:r>
    </w:p>
    <w:p>
      <w:r>
        <w:t>七、本科院校少数民族班（招收少数民族聚居地区少数民族考生）</w:t>
      </w:r>
    </w:p>
    <w:p>
      <w:r>
        <w:t>广东技术师范大学（少数民族班）</w:t>
      </w:r>
    </w:p>
    <w:p>
      <w:r>
        <w:t>普通类（历史）：总分388分。</w:t>
      </w:r>
    </w:p>
    <w:p>
      <w:r>
        <w:t>普通类（物理）：总分402分。</w:t>
      </w:r>
    </w:p>
    <w:p>
      <w:r>
        <w:t>八、预科班</w:t>
      </w:r>
    </w:p>
    <w:p>
      <w:r>
        <w:t>本科院校边防军人子女预科班</w:t>
      </w:r>
    </w:p>
    <w:p>
      <w:r>
        <w:t>普通类（历史）：总分368分。</w:t>
      </w:r>
    </w:p>
    <w:p>
      <w:r>
        <w:t>普通类（物理）：总分382分。</w:t>
      </w:r>
    </w:p>
    <w:p>
      <w:r>
        <w:t>其中，湖南大学：普通类（历史）总分539分；普通类（物理）总分532分。</w:t>
      </w:r>
    </w:p>
    <w:p>
      <w:r>
        <w:t>广东省招生委员会</w:t>
      </w:r>
    </w:p>
    <w:p>
      <w:r>
        <w:t>2024年6月25日</w:t>
      </w:r>
    </w:p>
    <w:p>
      <w:r>
        <w:t>来源 : 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3908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