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深圳市招考办2023年主要招考工作日历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2023-01-13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其他信息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https://szeb.sz.gov.cn/szzkw/qtxx/content/post_10381614.html</w:t>
        </w:r>
      </w:hyperlink>
    </w:p>
    <w:p/>
    <w:p>
      <w:r>
        <w:t>2022年12月28日-2023年1月1日 普通高考全省舞蹈术科统考</w:t>
      </w:r>
    </w:p>
    <w:p>
      <w:r>
        <w:t>1月13日-16日 2023年上半年中小学教师资格考试（笔试）报名</w:t>
      </w:r>
    </w:p>
    <w:p>
      <w:r>
        <w:t>具体时间待定 普通高考全省音乐术科统考</w:t>
      </w:r>
    </w:p>
    <w:p>
      <w:r>
        <w:t>2月13日-22日 普通高考全省体育术科统考</w:t>
      </w:r>
    </w:p>
    <w:p>
      <w:r>
        <w:t>2月中旬（具体时间待定） 2023年上半年全国计算机等级考试（NCRE）报名</w:t>
      </w:r>
    </w:p>
    <w:p>
      <w:r>
        <w:t>2月中旬（具体时间待定） 2023年上半年全国英语等级考试（PETS）报名</w:t>
      </w:r>
    </w:p>
    <w:p>
      <w:r>
        <w:t>2月21日-24日 自考新生报名</w:t>
      </w:r>
    </w:p>
    <w:p>
      <w:r>
        <w:t>2月22日-23日 普通高等学校招收中等职业学校毕业生考试（“3+证书”考试）</w:t>
      </w:r>
    </w:p>
    <w:p>
      <w:r>
        <w:t>2月24日 2023年上半年中职技能考试（理论考试及会计、美术基础考试）</w:t>
      </w:r>
    </w:p>
    <w:p>
      <w:r>
        <w:t>2月24日-26日 普通高中学业水平合格性考试</w:t>
      </w:r>
    </w:p>
    <w:p>
      <w:r>
        <w:t>2月下旬（具体时间待定） 2023年普通高考补报名</w:t>
      </w:r>
    </w:p>
    <w:p>
      <w:r>
        <w:t>2月28日-3月4日 4月自考报考缴费</w:t>
      </w:r>
    </w:p>
    <w:p>
      <w:r>
        <w:t>3月-4月 2023年高职院校分类招生录取</w:t>
      </w:r>
    </w:p>
    <w:p>
      <w:r>
        <w:t>3月11日-12日 普通高考英语听说考试</w:t>
      </w:r>
    </w:p>
    <w:p>
      <w:r>
        <w:t>3月11日 2023年上半年全国中小学教师资格考试（笔试）</w:t>
      </w:r>
    </w:p>
    <w:p>
      <w:r>
        <w:t>3月18日-19日 2023年上半年全国英语等级考试（PETS）</w:t>
      </w:r>
    </w:p>
    <w:p>
      <w:r>
        <w:t>3月25日-27日 2023年上半年全国计算机等级考试（NCRE）</w:t>
      </w:r>
    </w:p>
    <w:p>
      <w:r>
        <w:t>3月下旬（具体时间待定） 2023年下半年中职技能考试报名</w:t>
      </w:r>
    </w:p>
    <w:p>
      <w:r>
        <w:t>4月1日-2日 1月自学考试延期考试</w:t>
      </w:r>
    </w:p>
    <w:p>
      <w:r>
        <w:t>4月14日 公布2023年上半年中小学教师资格考试（笔试）成绩</w:t>
      </w:r>
    </w:p>
    <w:p>
      <w:r>
        <w:t>4月15日-16日 4月自学考试</w:t>
      </w:r>
    </w:p>
    <w:p>
      <w:r>
        <w:t>4月中旬（具体时间待定） 7月普通高中学业水平考试报名</w:t>
      </w:r>
    </w:p>
    <w:p>
      <w:r>
        <w:t>4月下旬（具体时间待定） 发放2022年下半年自考毕业证</w:t>
      </w:r>
    </w:p>
    <w:p>
      <w:r>
        <w:t>6月7日-9日 2023年全国普通高考</w:t>
      </w:r>
    </w:p>
    <w:p>
      <w:r>
        <w:t>6月25日 2023年普通高考成绩发布、复查</w:t>
      </w:r>
    </w:p>
    <w:p>
      <w:r>
        <w:t>6月中旬（具体时间待定） 办理2023年上半年自考毕业申请手续</w:t>
      </w:r>
    </w:p>
    <w:p>
      <w:r>
        <w:t>6月下旬（具体时间待定） 2023年普通高等学校（线上）招生咨询会</w:t>
      </w:r>
    </w:p>
    <w:p>
      <w:r>
        <w:t>6月下旬（具体时间待定） 2023年下半年中职技能考试（部分实操考试）</w:t>
      </w:r>
    </w:p>
    <w:p>
      <w:r>
        <w:t>6月下旬（具体时间待定） 2023年下半年全国计算机等级考试（NCRE）报名</w:t>
      </w:r>
    </w:p>
    <w:p>
      <w:r>
        <w:t>6月30日-7月3日 2023年下半年全国中小学教师资格考试（笔试）报名</w:t>
      </w:r>
    </w:p>
    <w:p>
      <w:r>
        <w:t>7月上旬（具体时间待定） 2023年下半年全国英语等级考试（PETS）报名</w:t>
      </w:r>
    </w:p>
    <w:p>
      <w:r>
        <w:t>7月上旬（具体时间待定） 2023年下半年中职技能考试（理论考试及部分实操考试）</w:t>
      </w:r>
    </w:p>
    <w:p>
      <w:r>
        <w:t>7月8日-9日 7月普通高中学业水平合格性考试</w:t>
      </w:r>
    </w:p>
    <w:p>
      <w:r>
        <w:t>7月11日-14日 自考新生报名</w:t>
      </w:r>
    </w:p>
    <w:p>
      <w:r>
        <w:t>7月18日-22日 10月自考报考缴费</w:t>
      </w:r>
    </w:p>
    <w:p>
      <w:r>
        <w:t>7月-8月 2023年普通高校招生录取</w:t>
      </w:r>
    </w:p>
    <w:p>
      <w:r>
        <w:t>9月16日 2023年下半年全国中小学教师资格考试（笔试）考试</w:t>
      </w:r>
    </w:p>
    <w:p>
      <w:r>
        <w:t>9月23日-24日 2023年下半年全国英语等级考试（PETS）</w:t>
      </w:r>
    </w:p>
    <w:p>
      <w:r>
        <w:t>9月23日-25日 2023年下半年全国计算机等级考试（NCRE）</w:t>
      </w:r>
    </w:p>
    <w:p>
      <w:r>
        <w:t>9月下旬（具体时间待定） 2023年研究生考试网上报名（应届本科生）</w:t>
      </w:r>
    </w:p>
    <w:p>
      <w:r>
        <w:t>9月上旬（具体时间待定） 2023年成人高考报名</w:t>
      </w:r>
    </w:p>
    <w:p>
      <w:r>
        <w:t>10月上旬（具体时间待定） 2024年研究生考试网上报名</w:t>
      </w:r>
    </w:p>
    <w:p>
      <w:r>
        <w:t>10月28日-29日 10月自学考试</w:t>
      </w:r>
    </w:p>
    <w:p>
      <w:r>
        <w:t>10月下旬（具体时间待定） 2023年成人高考</w:t>
      </w:r>
    </w:p>
    <w:p>
      <w:r>
        <w:t>10月下旬（具体时间待定） 发放2023年上半年自考毕业证</w:t>
      </w:r>
    </w:p>
    <w:p>
      <w:r>
        <w:t>11月上旬（具体时间待定） 2024年研究生考试报名确认</w:t>
      </w:r>
    </w:p>
    <w:p>
      <w:r>
        <w:t>11月上旬（具体时间待定） 2024年1月自考报名报考</w:t>
      </w:r>
    </w:p>
    <w:p>
      <w:r>
        <w:t>11月中旬（具体时间待定） 2024年上半年中职技能考试报名</w:t>
      </w:r>
    </w:p>
    <w:p>
      <w:r>
        <w:t>11月下旬（具体时间待定） 2024年1月普通高中学业水平考试报名</w:t>
      </w:r>
    </w:p>
    <w:p>
      <w:r>
        <w:t>12月 2023年成人高校录取</w:t>
      </w:r>
    </w:p>
    <w:p>
      <w:r>
        <w:t>12月上旬（具体时间待定） 2024年普通高考全省美术术科统考</w:t>
      </w:r>
    </w:p>
    <w:p>
      <w:r>
        <w:t>12月中旬（具体时间待定） 2024年上半年中职技能考试（部分实操考试）</w:t>
      </w:r>
    </w:p>
    <w:p>
      <w:r>
        <w:t>12月中旬（具体时间待定） 办理2023年下半年自考毕业申请手续</w:t>
      </w:r>
    </w:p>
    <w:p>
      <w:r>
        <w:t>12月下旬（具体时间待定） 2024年研究生招生考试</w:t>
      </w:r>
    </w:p>
    <w:p>
      <w:r>
        <w:t>12月下旬（具体时间待定） 2024年上半年全国计算机等级考试（NCRE）报名</w:t>
      </w:r>
    </w:p>
    <w:p>
      <w:r>
        <w:t>12月下旬（具体时间待定） 2024年上半年全国英语等级考试（PETS）报名</w:t>
      </w:r>
    </w:p>
    <w:p>
      <w:r>
        <w:t>备注：中考中招日程安排预计在2023年3月公布，届时将在市招考办官网、微信公众号及时向社会公布。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xx/content/post_1038161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