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广东省教育考试院2023年考试招生工作总结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数据说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https://eea.gd.gov.cn/zwgk/sjfb/sjs/content/post_4398676.html</w:t>
        </w:r>
      </w:hyperlink>
    </w:p>
    <w:p/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b74438d66cb9db159f6dd49a83d9c81e1fb0a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b74438d66cb9db159f6dd49a83d9c81e1fb0a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b74438d66cb9db159f6dd49a83d9c81e1fb0af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b74438d66cb9db159f6dd49a83d9c81e1fb0af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800" cy="773696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b74438d66cb9db159f6dd49a83d9c81e1fb0af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73696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sjs/content/post_439867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