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2019年中招提前批和第一批录取学校高一新生报到信息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https://szeb.sz.gov.cn/szzkw/zkgg/zkxx/content/post_8946121.html</w:t>
        </w:r>
      </w:hyperlink>
    </w:p>
    <w:p/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73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4f2a633171ee3b36f3fd81e0cf5b8073c4153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4f2a633171ee3b36f3fd81e0cf5b8073c4153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4f2a633171ee3b36f3fd81e0cf5b8073c4153e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4f2a633171ee3b36f3fd81e0cf5b8073c4153e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481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4f2a633171ee3b36f3fd81e0cf5b8073c4153e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543516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4f2a633171ee3b36f3fd81e0cf5b8073c4153e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3516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2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