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考生参加成人高考有哪些注意事项？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2023-08-30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https://eea.gd.gov.cn/dawenku/qtwt/content/post_4244816.html</w:t>
        </w:r>
      </w:hyperlink>
    </w:p>
    <w:p/>
    <w:p>
      <w:r>
        <w:t>您好！考生进入考场，严禁携带各种无线通讯工具（如手机、电话手表、平板电脑等）、电子存储记忆录放设备、与考试内容相关材料以及涂改液、修正带等违禁物品进入考场。考生在进入考场前，应自行检查是否携带违禁物品，避免造成考试违规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244816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